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B285" w14:textId="77777777" w:rsidR="00BD4D54" w:rsidRDefault="00000000">
      <w:pPr>
        <w:spacing w:after="160" w:line="240" w:lineRule="auto"/>
        <w:jc w:val="center"/>
        <w:rPr>
          <w:lang w:eastAsia="zh-CN"/>
        </w:rPr>
      </w:pPr>
      <w:r>
        <w:rPr>
          <w:rFonts w:ascii="黑体" w:eastAsia="黑体" w:hAnsi="黑体"/>
          <w:b/>
          <w:sz w:val="44"/>
          <w:lang w:eastAsia="zh-CN"/>
        </w:rPr>
        <w:t>劳动人事争议仲裁申请书</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2324"/>
        <w:gridCol w:w="774"/>
        <w:gridCol w:w="775"/>
        <w:gridCol w:w="775"/>
        <w:gridCol w:w="2098"/>
        <w:gridCol w:w="2891"/>
      </w:tblGrid>
      <w:tr w:rsidR="00BD4D54" w14:paraId="591783C6" w14:textId="77777777">
        <w:trPr>
          <w:jc w:val="center"/>
        </w:trPr>
        <w:tc>
          <w:tcPr>
            <w:tcW w:w="9637" w:type="dxa"/>
            <w:gridSpan w:val="6"/>
            <w:tcMar>
              <w:top w:w="40" w:type="dxa"/>
              <w:left w:w="70" w:type="dxa"/>
              <w:bottom w:w="40" w:type="dxa"/>
              <w:right w:w="70" w:type="dxa"/>
            </w:tcMar>
            <w:vAlign w:val="center"/>
          </w:tcPr>
          <w:p w14:paraId="00946C9D" w14:textId="77777777" w:rsidR="00BD4D54" w:rsidRDefault="00000000">
            <w:pPr>
              <w:spacing w:after="0" w:line="240" w:lineRule="auto"/>
              <w:jc w:val="center"/>
            </w:pPr>
            <w:proofErr w:type="spellStart"/>
            <w:r>
              <w:rPr>
                <w:b/>
                <w:sz w:val="28"/>
              </w:rPr>
              <w:t>申请人信息</w:t>
            </w:r>
            <w:proofErr w:type="spellEnd"/>
          </w:p>
        </w:tc>
      </w:tr>
      <w:tr w:rsidR="00BD4D54" w14:paraId="58BD7BA2" w14:textId="77777777">
        <w:trPr>
          <w:jc w:val="center"/>
        </w:trPr>
        <w:tc>
          <w:tcPr>
            <w:tcW w:w="2324" w:type="dxa"/>
            <w:tcMar>
              <w:top w:w="40" w:type="dxa"/>
              <w:left w:w="70" w:type="dxa"/>
              <w:bottom w:w="40" w:type="dxa"/>
              <w:right w:w="70" w:type="dxa"/>
            </w:tcMar>
            <w:vAlign w:val="center"/>
          </w:tcPr>
          <w:p w14:paraId="76271A5F" w14:textId="77777777" w:rsidR="00BD4D54" w:rsidRDefault="00000000">
            <w:pPr>
              <w:spacing w:after="0" w:line="240" w:lineRule="auto"/>
              <w:jc w:val="center"/>
            </w:pPr>
            <w:r>
              <w:rPr>
                <w:sz w:val="25"/>
              </w:rPr>
              <w:t>姓    名</w:t>
            </w:r>
          </w:p>
        </w:tc>
        <w:tc>
          <w:tcPr>
            <w:tcW w:w="2324" w:type="dxa"/>
            <w:gridSpan w:val="3"/>
            <w:tcMar>
              <w:top w:w="40" w:type="dxa"/>
              <w:left w:w="70" w:type="dxa"/>
              <w:bottom w:w="40" w:type="dxa"/>
              <w:right w:w="70" w:type="dxa"/>
            </w:tcMar>
            <w:vAlign w:val="center"/>
          </w:tcPr>
          <w:p w14:paraId="552B92D7" w14:textId="77777777" w:rsidR="00BD4D54" w:rsidRDefault="00BD4D54">
            <w:pPr>
              <w:spacing w:after="0" w:line="240" w:lineRule="auto"/>
              <w:jc w:val="center"/>
            </w:pPr>
          </w:p>
        </w:tc>
        <w:tc>
          <w:tcPr>
            <w:tcW w:w="2098" w:type="dxa"/>
            <w:tcMar>
              <w:top w:w="40" w:type="dxa"/>
              <w:left w:w="70" w:type="dxa"/>
              <w:bottom w:w="40" w:type="dxa"/>
              <w:right w:w="70" w:type="dxa"/>
            </w:tcMar>
            <w:vAlign w:val="center"/>
          </w:tcPr>
          <w:p w14:paraId="03AD2457" w14:textId="77777777" w:rsidR="00BD4D54" w:rsidRDefault="00000000">
            <w:pPr>
              <w:spacing w:after="0" w:line="240" w:lineRule="auto"/>
              <w:jc w:val="center"/>
            </w:pPr>
            <w:proofErr w:type="spellStart"/>
            <w:r>
              <w:rPr>
                <w:sz w:val="25"/>
              </w:rPr>
              <w:t>出生日期</w:t>
            </w:r>
            <w:proofErr w:type="spellEnd"/>
          </w:p>
        </w:tc>
        <w:tc>
          <w:tcPr>
            <w:tcW w:w="2891" w:type="dxa"/>
            <w:tcMar>
              <w:top w:w="40" w:type="dxa"/>
              <w:left w:w="70" w:type="dxa"/>
              <w:bottom w:w="40" w:type="dxa"/>
              <w:right w:w="70" w:type="dxa"/>
            </w:tcMar>
            <w:vAlign w:val="center"/>
          </w:tcPr>
          <w:p w14:paraId="2457D61A" w14:textId="77777777" w:rsidR="00BD4D54" w:rsidRDefault="00000000">
            <w:pPr>
              <w:spacing w:after="0" w:line="240" w:lineRule="auto"/>
              <w:jc w:val="center"/>
            </w:pPr>
            <w:r>
              <w:rPr>
                <w:sz w:val="25"/>
              </w:rPr>
              <w:t>年    月    日</w:t>
            </w:r>
          </w:p>
        </w:tc>
      </w:tr>
      <w:tr w:rsidR="00F67CC9" w14:paraId="12E5378B" w14:textId="77777777" w:rsidTr="002C59EC">
        <w:trPr>
          <w:jc w:val="center"/>
        </w:trPr>
        <w:tc>
          <w:tcPr>
            <w:tcW w:w="2324" w:type="dxa"/>
            <w:tcMar>
              <w:top w:w="40" w:type="dxa"/>
              <w:left w:w="70" w:type="dxa"/>
              <w:bottom w:w="40" w:type="dxa"/>
              <w:right w:w="70" w:type="dxa"/>
            </w:tcMar>
            <w:vAlign w:val="center"/>
          </w:tcPr>
          <w:p w14:paraId="783CEE09" w14:textId="77777777" w:rsidR="00F67CC9" w:rsidRDefault="00F67CC9">
            <w:pPr>
              <w:spacing w:after="0" w:line="240" w:lineRule="auto"/>
              <w:jc w:val="center"/>
            </w:pPr>
            <w:r>
              <w:rPr>
                <w:sz w:val="25"/>
              </w:rPr>
              <w:t>性    别</w:t>
            </w:r>
          </w:p>
        </w:tc>
        <w:tc>
          <w:tcPr>
            <w:tcW w:w="774" w:type="dxa"/>
            <w:tcMar>
              <w:top w:w="40" w:type="dxa"/>
              <w:left w:w="70" w:type="dxa"/>
              <w:bottom w:w="40" w:type="dxa"/>
              <w:right w:w="70" w:type="dxa"/>
            </w:tcMar>
            <w:vAlign w:val="center"/>
          </w:tcPr>
          <w:p w14:paraId="4762552E" w14:textId="662CF1DC" w:rsidR="00F67CC9" w:rsidRDefault="00F67CC9">
            <w:pPr>
              <w:spacing w:after="0" w:line="240" w:lineRule="auto"/>
              <w:jc w:val="center"/>
            </w:pPr>
          </w:p>
        </w:tc>
        <w:tc>
          <w:tcPr>
            <w:tcW w:w="775" w:type="dxa"/>
            <w:vAlign w:val="center"/>
          </w:tcPr>
          <w:p w14:paraId="226A8DB8" w14:textId="19830A9E" w:rsidR="00F67CC9" w:rsidRDefault="00F67CC9">
            <w:pPr>
              <w:spacing w:after="0" w:line="240" w:lineRule="auto"/>
              <w:jc w:val="center"/>
            </w:pPr>
            <w:proofErr w:type="spellStart"/>
            <w:r>
              <w:rPr>
                <w:sz w:val="25"/>
              </w:rPr>
              <w:t>民族</w:t>
            </w:r>
            <w:proofErr w:type="spellEnd"/>
          </w:p>
        </w:tc>
        <w:tc>
          <w:tcPr>
            <w:tcW w:w="775" w:type="dxa"/>
            <w:vAlign w:val="center"/>
          </w:tcPr>
          <w:p w14:paraId="5484B698" w14:textId="7A73CBE7" w:rsidR="00F67CC9" w:rsidRDefault="00F67CC9">
            <w:pPr>
              <w:spacing w:after="0" w:line="240" w:lineRule="auto"/>
              <w:jc w:val="center"/>
            </w:pPr>
          </w:p>
        </w:tc>
        <w:tc>
          <w:tcPr>
            <w:tcW w:w="2098" w:type="dxa"/>
            <w:tcMar>
              <w:top w:w="40" w:type="dxa"/>
              <w:left w:w="70" w:type="dxa"/>
              <w:bottom w:w="40" w:type="dxa"/>
              <w:right w:w="70" w:type="dxa"/>
            </w:tcMar>
            <w:vAlign w:val="center"/>
          </w:tcPr>
          <w:p w14:paraId="025DD1A5" w14:textId="77777777" w:rsidR="00F67CC9" w:rsidRDefault="00F67CC9">
            <w:pPr>
              <w:spacing w:after="0" w:line="240" w:lineRule="auto"/>
              <w:jc w:val="center"/>
            </w:pPr>
            <w:proofErr w:type="spellStart"/>
            <w:r>
              <w:rPr>
                <w:sz w:val="25"/>
              </w:rPr>
              <w:t>联系电话</w:t>
            </w:r>
            <w:proofErr w:type="spellEnd"/>
          </w:p>
        </w:tc>
        <w:tc>
          <w:tcPr>
            <w:tcW w:w="2891" w:type="dxa"/>
            <w:tcMar>
              <w:top w:w="40" w:type="dxa"/>
              <w:left w:w="70" w:type="dxa"/>
              <w:bottom w:w="40" w:type="dxa"/>
              <w:right w:w="70" w:type="dxa"/>
            </w:tcMar>
            <w:vAlign w:val="center"/>
          </w:tcPr>
          <w:p w14:paraId="6440540C" w14:textId="77777777" w:rsidR="00F67CC9" w:rsidRDefault="00F67CC9">
            <w:pPr>
              <w:spacing w:after="0" w:line="240" w:lineRule="auto"/>
              <w:jc w:val="center"/>
            </w:pPr>
          </w:p>
        </w:tc>
      </w:tr>
      <w:tr w:rsidR="00BD4D54" w14:paraId="7328A745" w14:textId="77777777">
        <w:trPr>
          <w:jc w:val="center"/>
        </w:trPr>
        <w:tc>
          <w:tcPr>
            <w:tcW w:w="2324" w:type="dxa"/>
            <w:tcMar>
              <w:top w:w="40" w:type="dxa"/>
              <w:left w:w="70" w:type="dxa"/>
              <w:bottom w:w="40" w:type="dxa"/>
              <w:right w:w="70" w:type="dxa"/>
            </w:tcMar>
            <w:vAlign w:val="center"/>
          </w:tcPr>
          <w:p w14:paraId="7E90782E" w14:textId="77777777" w:rsidR="00BD4D54" w:rsidRDefault="00000000">
            <w:pPr>
              <w:spacing w:after="0" w:line="240" w:lineRule="auto"/>
              <w:jc w:val="center"/>
            </w:pPr>
            <w:proofErr w:type="spellStart"/>
            <w:r>
              <w:rPr>
                <w:sz w:val="25"/>
              </w:rPr>
              <w:t>公民身份号码</w:t>
            </w:r>
            <w:proofErr w:type="spellEnd"/>
          </w:p>
        </w:tc>
        <w:tc>
          <w:tcPr>
            <w:tcW w:w="7313" w:type="dxa"/>
            <w:gridSpan w:val="5"/>
            <w:tcMar>
              <w:top w:w="40" w:type="dxa"/>
              <w:left w:w="70" w:type="dxa"/>
              <w:bottom w:w="40" w:type="dxa"/>
              <w:right w:w="70" w:type="dxa"/>
            </w:tcMar>
            <w:vAlign w:val="center"/>
          </w:tcPr>
          <w:p w14:paraId="075F6EC1" w14:textId="77777777" w:rsidR="00BD4D54" w:rsidRDefault="00BD4D54">
            <w:pPr>
              <w:spacing w:after="0" w:line="240" w:lineRule="auto"/>
            </w:pPr>
          </w:p>
        </w:tc>
      </w:tr>
      <w:tr w:rsidR="00BD4D54" w14:paraId="34AACF38" w14:textId="77777777">
        <w:trPr>
          <w:jc w:val="center"/>
        </w:trPr>
        <w:tc>
          <w:tcPr>
            <w:tcW w:w="2324" w:type="dxa"/>
            <w:tcMar>
              <w:top w:w="40" w:type="dxa"/>
              <w:left w:w="70" w:type="dxa"/>
              <w:bottom w:w="40" w:type="dxa"/>
              <w:right w:w="70" w:type="dxa"/>
            </w:tcMar>
            <w:vAlign w:val="center"/>
          </w:tcPr>
          <w:p w14:paraId="79A5F501" w14:textId="77777777" w:rsidR="00BD4D54" w:rsidRDefault="00000000">
            <w:pPr>
              <w:spacing w:after="0" w:line="240" w:lineRule="auto"/>
              <w:jc w:val="center"/>
            </w:pPr>
            <w:proofErr w:type="spellStart"/>
            <w:r>
              <w:rPr>
                <w:sz w:val="25"/>
              </w:rPr>
              <w:t>身份证住址</w:t>
            </w:r>
            <w:proofErr w:type="spellEnd"/>
          </w:p>
        </w:tc>
        <w:tc>
          <w:tcPr>
            <w:tcW w:w="7313" w:type="dxa"/>
            <w:gridSpan w:val="5"/>
            <w:tcMar>
              <w:top w:w="40" w:type="dxa"/>
              <w:left w:w="70" w:type="dxa"/>
              <w:bottom w:w="40" w:type="dxa"/>
              <w:right w:w="70" w:type="dxa"/>
            </w:tcMar>
            <w:vAlign w:val="center"/>
          </w:tcPr>
          <w:p w14:paraId="6EB519C7" w14:textId="77777777" w:rsidR="00BD4D54" w:rsidRDefault="00BD4D54">
            <w:pPr>
              <w:spacing w:after="0" w:line="240" w:lineRule="auto"/>
            </w:pPr>
          </w:p>
        </w:tc>
      </w:tr>
    </w:tbl>
    <w:p w14:paraId="17DC6ECA" w14:textId="77777777" w:rsidR="00BD4D54" w:rsidRDefault="00BD4D54"/>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2324"/>
        <w:gridCol w:w="2324"/>
        <w:gridCol w:w="2098"/>
        <w:gridCol w:w="2891"/>
      </w:tblGrid>
      <w:tr w:rsidR="00BD4D54" w14:paraId="65BCE146" w14:textId="77777777">
        <w:trPr>
          <w:jc w:val="center"/>
        </w:trPr>
        <w:tc>
          <w:tcPr>
            <w:tcW w:w="9637" w:type="dxa"/>
            <w:gridSpan w:val="4"/>
            <w:tcMar>
              <w:top w:w="40" w:type="dxa"/>
              <w:left w:w="70" w:type="dxa"/>
              <w:bottom w:w="40" w:type="dxa"/>
              <w:right w:w="70" w:type="dxa"/>
            </w:tcMar>
            <w:vAlign w:val="center"/>
          </w:tcPr>
          <w:p w14:paraId="7E92EDE2" w14:textId="77777777" w:rsidR="00BD4D54" w:rsidRDefault="00000000">
            <w:pPr>
              <w:spacing w:after="0" w:line="240" w:lineRule="auto"/>
              <w:jc w:val="center"/>
            </w:pPr>
            <w:proofErr w:type="spellStart"/>
            <w:r>
              <w:rPr>
                <w:b/>
                <w:sz w:val="28"/>
              </w:rPr>
              <w:t>被申请人信息</w:t>
            </w:r>
            <w:proofErr w:type="spellEnd"/>
          </w:p>
        </w:tc>
      </w:tr>
      <w:tr w:rsidR="00BD4D54" w14:paraId="15FF4E67" w14:textId="77777777">
        <w:trPr>
          <w:jc w:val="center"/>
        </w:trPr>
        <w:tc>
          <w:tcPr>
            <w:tcW w:w="2324" w:type="dxa"/>
            <w:tcMar>
              <w:top w:w="40" w:type="dxa"/>
              <w:left w:w="70" w:type="dxa"/>
              <w:bottom w:w="40" w:type="dxa"/>
              <w:right w:w="70" w:type="dxa"/>
            </w:tcMar>
            <w:vAlign w:val="center"/>
          </w:tcPr>
          <w:p w14:paraId="1A1B231B" w14:textId="77777777" w:rsidR="00BD4D54" w:rsidRDefault="00000000">
            <w:pPr>
              <w:spacing w:after="0" w:line="240" w:lineRule="auto"/>
              <w:jc w:val="center"/>
            </w:pPr>
            <w:proofErr w:type="spellStart"/>
            <w:r>
              <w:rPr>
                <w:sz w:val="25"/>
              </w:rPr>
              <w:t>企业全称</w:t>
            </w:r>
            <w:proofErr w:type="spellEnd"/>
          </w:p>
        </w:tc>
        <w:tc>
          <w:tcPr>
            <w:tcW w:w="7313" w:type="dxa"/>
            <w:gridSpan w:val="3"/>
            <w:tcMar>
              <w:top w:w="40" w:type="dxa"/>
              <w:left w:w="70" w:type="dxa"/>
              <w:bottom w:w="40" w:type="dxa"/>
              <w:right w:w="70" w:type="dxa"/>
            </w:tcMar>
            <w:vAlign w:val="center"/>
          </w:tcPr>
          <w:p w14:paraId="1E1E9322" w14:textId="77777777" w:rsidR="00BD4D54" w:rsidRDefault="00BD4D54">
            <w:pPr>
              <w:spacing w:after="0" w:line="240" w:lineRule="auto"/>
            </w:pPr>
          </w:p>
        </w:tc>
      </w:tr>
      <w:tr w:rsidR="00BD4D54" w14:paraId="364E246F" w14:textId="77777777">
        <w:trPr>
          <w:jc w:val="center"/>
        </w:trPr>
        <w:tc>
          <w:tcPr>
            <w:tcW w:w="2324" w:type="dxa"/>
            <w:tcMar>
              <w:top w:w="40" w:type="dxa"/>
              <w:left w:w="70" w:type="dxa"/>
              <w:bottom w:w="40" w:type="dxa"/>
              <w:right w:w="70" w:type="dxa"/>
            </w:tcMar>
            <w:vAlign w:val="center"/>
          </w:tcPr>
          <w:p w14:paraId="7E6F9118" w14:textId="77777777" w:rsidR="00BD4D54" w:rsidRDefault="00000000">
            <w:pPr>
              <w:spacing w:after="0" w:line="240" w:lineRule="auto"/>
              <w:jc w:val="center"/>
            </w:pPr>
            <w:proofErr w:type="spellStart"/>
            <w:r>
              <w:rPr>
                <w:sz w:val="25"/>
              </w:rPr>
              <w:t>统一社会信用代码</w:t>
            </w:r>
            <w:proofErr w:type="spellEnd"/>
          </w:p>
        </w:tc>
        <w:tc>
          <w:tcPr>
            <w:tcW w:w="7313" w:type="dxa"/>
            <w:gridSpan w:val="3"/>
            <w:tcMar>
              <w:top w:w="40" w:type="dxa"/>
              <w:left w:w="70" w:type="dxa"/>
              <w:bottom w:w="40" w:type="dxa"/>
              <w:right w:w="70" w:type="dxa"/>
            </w:tcMar>
            <w:vAlign w:val="center"/>
          </w:tcPr>
          <w:p w14:paraId="191E3118" w14:textId="77777777" w:rsidR="00BD4D54" w:rsidRDefault="00BD4D54">
            <w:pPr>
              <w:spacing w:after="0" w:line="240" w:lineRule="auto"/>
            </w:pPr>
          </w:p>
        </w:tc>
      </w:tr>
      <w:tr w:rsidR="00BD4D54" w14:paraId="744FC810" w14:textId="77777777">
        <w:trPr>
          <w:jc w:val="center"/>
        </w:trPr>
        <w:tc>
          <w:tcPr>
            <w:tcW w:w="2324" w:type="dxa"/>
            <w:tcMar>
              <w:top w:w="40" w:type="dxa"/>
              <w:left w:w="70" w:type="dxa"/>
              <w:bottom w:w="40" w:type="dxa"/>
              <w:right w:w="70" w:type="dxa"/>
            </w:tcMar>
            <w:vAlign w:val="center"/>
          </w:tcPr>
          <w:p w14:paraId="6ED8916F" w14:textId="77777777" w:rsidR="00BD4D54" w:rsidRDefault="00000000">
            <w:pPr>
              <w:spacing w:after="0" w:line="240" w:lineRule="auto"/>
              <w:jc w:val="center"/>
            </w:pPr>
            <w:proofErr w:type="spellStart"/>
            <w:r>
              <w:rPr>
                <w:sz w:val="25"/>
              </w:rPr>
              <w:t>注册地址（住所</w:t>
            </w:r>
            <w:proofErr w:type="spellEnd"/>
            <w:r>
              <w:rPr>
                <w:sz w:val="25"/>
              </w:rPr>
              <w:t>）</w:t>
            </w:r>
          </w:p>
        </w:tc>
        <w:tc>
          <w:tcPr>
            <w:tcW w:w="7313" w:type="dxa"/>
            <w:gridSpan w:val="3"/>
            <w:tcMar>
              <w:top w:w="40" w:type="dxa"/>
              <w:left w:w="70" w:type="dxa"/>
              <w:bottom w:w="40" w:type="dxa"/>
              <w:right w:w="70" w:type="dxa"/>
            </w:tcMar>
            <w:vAlign w:val="center"/>
          </w:tcPr>
          <w:p w14:paraId="05504ABC" w14:textId="77777777" w:rsidR="00BD4D54" w:rsidRDefault="00BD4D54">
            <w:pPr>
              <w:spacing w:after="0" w:line="240" w:lineRule="auto"/>
            </w:pPr>
          </w:p>
        </w:tc>
      </w:tr>
      <w:tr w:rsidR="00BD4D54" w14:paraId="7E60C53D" w14:textId="77777777">
        <w:trPr>
          <w:jc w:val="center"/>
        </w:trPr>
        <w:tc>
          <w:tcPr>
            <w:tcW w:w="2324" w:type="dxa"/>
            <w:tcMar>
              <w:top w:w="40" w:type="dxa"/>
              <w:left w:w="70" w:type="dxa"/>
              <w:bottom w:w="40" w:type="dxa"/>
              <w:right w:w="70" w:type="dxa"/>
            </w:tcMar>
            <w:vAlign w:val="center"/>
          </w:tcPr>
          <w:p w14:paraId="33BB0FBD" w14:textId="77777777" w:rsidR="00BD4D54" w:rsidRDefault="00000000">
            <w:pPr>
              <w:spacing w:after="0" w:line="288" w:lineRule="auto"/>
              <w:jc w:val="center"/>
              <w:rPr>
                <w:lang w:eastAsia="zh-CN"/>
              </w:rPr>
            </w:pPr>
            <w:r>
              <w:rPr>
                <w:sz w:val="25"/>
                <w:lang w:eastAsia="zh-CN"/>
              </w:rPr>
              <w:t>在被申请人处的</w:t>
            </w:r>
            <w:r>
              <w:rPr>
                <w:sz w:val="25"/>
                <w:lang w:eastAsia="zh-CN"/>
              </w:rPr>
              <w:br/>
              <w:t>工作地</w:t>
            </w:r>
          </w:p>
        </w:tc>
        <w:tc>
          <w:tcPr>
            <w:tcW w:w="7313" w:type="dxa"/>
            <w:gridSpan w:val="3"/>
            <w:tcMar>
              <w:top w:w="40" w:type="dxa"/>
              <w:left w:w="70" w:type="dxa"/>
              <w:bottom w:w="40" w:type="dxa"/>
              <w:right w:w="70" w:type="dxa"/>
            </w:tcMar>
            <w:vAlign w:val="center"/>
          </w:tcPr>
          <w:p w14:paraId="2A579E4D" w14:textId="77777777" w:rsidR="00BD4D54" w:rsidRDefault="00000000">
            <w:pPr>
              <w:spacing w:after="0" w:line="240" w:lineRule="auto"/>
            </w:pPr>
            <w:r>
              <w:rPr>
                <w:sz w:val="25"/>
              </w:rPr>
              <w:t>________市________区________</w:t>
            </w:r>
            <w:proofErr w:type="spellStart"/>
            <w:r>
              <w:rPr>
                <w:sz w:val="25"/>
              </w:rPr>
              <w:t>街道</w:t>
            </w:r>
            <w:proofErr w:type="spellEnd"/>
            <w:r>
              <w:rPr>
                <w:sz w:val="25"/>
              </w:rPr>
              <w:t>________________</w:t>
            </w:r>
          </w:p>
        </w:tc>
      </w:tr>
      <w:tr w:rsidR="00BD4D54" w14:paraId="3A7ED9E5" w14:textId="77777777">
        <w:trPr>
          <w:jc w:val="center"/>
        </w:trPr>
        <w:tc>
          <w:tcPr>
            <w:tcW w:w="2324" w:type="dxa"/>
            <w:tcMar>
              <w:top w:w="40" w:type="dxa"/>
              <w:left w:w="70" w:type="dxa"/>
              <w:bottom w:w="40" w:type="dxa"/>
              <w:right w:w="70" w:type="dxa"/>
            </w:tcMar>
            <w:vAlign w:val="center"/>
          </w:tcPr>
          <w:p w14:paraId="617BAA1F" w14:textId="77777777" w:rsidR="00BD4D54" w:rsidRDefault="00000000">
            <w:pPr>
              <w:spacing w:after="0" w:line="240" w:lineRule="auto"/>
              <w:jc w:val="center"/>
            </w:pPr>
            <w:proofErr w:type="spellStart"/>
            <w:r>
              <w:rPr>
                <w:sz w:val="25"/>
              </w:rPr>
              <w:t>实际经营地址</w:t>
            </w:r>
            <w:proofErr w:type="spellEnd"/>
          </w:p>
        </w:tc>
        <w:tc>
          <w:tcPr>
            <w:tcW w:w="7313" w:type="dxa"/>
            <w:gridSpan w:val="3"/>
            <w:tcMar>
              <w:top w:w="40" w:type="dxa"/>
              <w:left w:w="70" w:type="dxa"/>
              <w:bottom w:w="40" w:type="dxa"/>
              <w:right w:w="70" w:type="dxa"/>
            </w:tcMar>
            <w:vAlign w:val="center"/>
          </w:tcPr>
          <w:p w14:paraId="603A55EE" w14:textId="77777777" w:rsidR="00BD4D54" w:rsidRDefault="00000000">
            <w:pPr>
              <w:spacing w:after="0"/>
              <w:rPr>
                <w:lang w:eastAsia="zh-CN"/>
              </w:rPr>
            </w:pPr>
            <w:r>
              <w:rPr>
                <w:sz w:val="25"/>
                <w:lang w:eastAsia="zh-CN"/>
              </w:rPr>
              <w:t>□与注册地址一致    □与前述工作地一致</w:t>
            </w:r>
          </w:p>
          <w:p w14:paraId="38FF702A" w14:textId="77777777" w:rsidR="00BD4D54" w:rsidRDefault="00000000">
            <w:pPr>
              <w:spacing w:after="0"/>
              <w:rPr>
                <w:lang w:eastAsia="zh-CN"/>
              </w:rPr>
            </w:pPr>
            <w:r>
              <w:rPr>
                <w:sz w:val="25"/>
                <w:lang w:eastAsia="zh-CN"/>
              </w:rPr>
              <w:t>□均不一致，具体为：______________________________</w:t>
            </w:r>
          </w:p>
        </w:tc>
      </w:tr>
      <w:tr w:rsidR="00BD4D54" w14:paraId="72D45329" w14:textId="77777777">
        <w:trPr>
          <w:jc w:val="center"/>
        </w:trPr>
        <w:tc>
          <w:tcPr>
            <w:tcW w:w="2324" w:type="dxa"/>
            <w:tcMar>
              <w:top w:w="40" w:type="dxa"/>
              <w:left w:w="70" w:type="dxa"/>
              <w:bottom w:w="40" w:type="dxa"/>
              <w:right w:w="70" w:type="dxa"/>
            </w:tcMar>
            <w:vAlign w:val="center"/>
          </w:tcPr>
          <w:p w14:paraId="2F79E97A" w14:textId="77777777" w:rsidR="00BD4D54" w:rsidRDefault="00000000">
            <w:pPr>
              <w:spacing w:after="0" w:line="240" w:lineRule="auto"/>
              <w:jc w:val="center"/>
            </w:pPr>
            <w:proofErr w:type="spellStart"/>
            <w:r>
              <w:rPr>
                <w:sz w:val="25"/>
              </w:rPr>
              <w:t>法定代表人</w:t>
            </w:r>
            <w:proofErr w:type="spellEnd"/>
          </w:p>
        </w:tc>
        <w:tc>
          <w:tcPr>
            <w:tcW w:w="2324" w:type="dxa"/>
            <w:tcMar>
              <w:top w:w="40" w:type="dxa"/>
              <w:left w:w="70" w:type="dxa"/>
              <w:bottom w:w="40" w:type="dxa"/>
              <w:right w:w="70" w:type="dxa"/>
            </w:tcMar>
            <w:vAlign w:val="center"/>
          </w:tcPr>
          <w:p w14:paraId="72FECB81" w14:textId="77777777" w:rsidR="00BD4D54" w:rsidRDefault="00BD4D54">
            <w:pPr>
              <w:spacing w:after="0" w:line="240" w:lineRule="auto"/>
              <w:jc w:val="center"/>
            </w:pPr>
          </w:p>
        </w:tc>
        <w:tc>
          <w:tcPr>
            <w:tcW w:w="2098" w:type="dxa"/>
            <w:tcMar>
              <w:top w:w="40" w:type="dxa"/>
              <w:left w:w="70" w:type="dxa"/>
              <w:bottom w:w="40" w:type="dxa"/>
              <w:right w:w="70" w:type="dxa"/>
            </w:tcMar>
            <w:vAlign w:val="center"/>
          </w:tcPr>
          <w:p w14:paraId="33D1FA11" w14:textId="77777777" w:rsidR="00BD4D54" w:rsidRDefault="00000000">
            <w:pPr>
              <w:spacing w:after="0" w:line="240" w:lineRule="auto"/>
              <w:jc w:val="center"/>
            </w:pPr>
            <w:proofErr w:type="spellStart"/>
            <w:r>
              <w:rPr>
                <w:sz w:val="25"/>
              </w:rPr>
              <w:t>联系电话</w:t>
            </w:r>
            <w:proofErr w:type="spellEnd"/>
          </w:p>
        </w:tc>
        <w:tc>
          <w:tcPr>
            <w:tcW w:w="2891" w:type="dxa"/>
            <w:tcMar>
              <w:top w:w="40" w:type="dxa"/>
              <w:left w:w="70" w:type="dxa"/>
              <w:bottom w:w="40" w:type="dxa"/>
              <w:right w:w="70" w:type="dxa"/>
            </w:tcMar>
            <w:vAlign w:val="center"/>
          </w:tcPr>
          <w:p w14:paraId="19732EBA" w14:textId="77777777" w:rsidR="00BD4D54" w:rsidRDefault="00BD4D54">
            <w:pPr>
              <w:spacing w:after="0" w:line="240" w:lineRule="auto"/>
              <w:jc w:val="center"/>
            </w:pPr>
          </w:p>
        </w:tc>
      </w:tr>
      <w:tr w:rsidR="00BD4D54" w14:paraId="74E9FDC2" w14:textId="77777777">
        <w:trPr>
          <w:jc w:val="center"/>
        </w:trPr>
        <w:tc>
          <w:tcPr>
            <w:tcW w:w="2324" w:type="dxa"/>
            <w:tcMar>
              <w:top w:w="40" w:type="dxa"/>
              <w:left w:w="70" w:type="dxa"/>
              <w:bottom w:w="40" w:type="dxa"/>
              <w:right w:w="70" w:type="dxa"/>
            </w:tcMar>
            <w:vAlign w:val="center"/>
          </w:tcPr>
          <w:p w14:paraId="56873192" w14:textId="77777777" w:rsidR="00BD4D54" w:rsidRDefault="00000000">
            <w:pPr>
              <w:spacing w:after="0" w:line="240" w:lineRule="auto"/>
              <w:jc w:val="center"/>
            </w:pPr>
            <w:proofErr w:type="spellStart"/>
            <w:r>
              <w:rPr>
                <w:sz w:val="25"/>
              </w:rPr>
              <w:t>企业联系人</w:t>
            </w:r>
            <w:proofErr w:type="spellEnd"/>
          </w:p>
        </w:tc>
        <w:tc>
          <w:tcPr>
            <w:tcW w:w="2324" w:type="dxa"/>
            <w:tcMar>
              <w:top w:w="40" w:type="dxa"/>
              <w:left w:w="70" w:type="dxa"/>
              <w:bottom w:w="40" w:type="dxa"/>
              <w:right w:w="70" w:type="dxa"/>
            </w:tcMar>
            <w:vAlign w:val="center"/>
          </w:tcPr>
          <w:p w14:paraId="1B859A9D" w14:textId="77777777" w:rsidR="00BD4D54" w:rsidRDefault="00BD4D54">
            <w:pPr>
              <w:spacing w:after="0" w:line="240" w:lineRule="auto"/>
              <w:jc w:val="center"/>
            </w:pPr>
          </w:p>
        </w:tc>
        <w:tc>
          <w:tcPr>
            <w:tcW w:w="2098" w:type="dxa"/>
            <w:tcMar>
              <w:top w:w="40" w:type="dxa"/>
              <w:left w:w="70" w:type="dxa"/>
              <w:bottom w:w="40" w:type="dxa"/>
              <w:right w:w="70" w:type="dxa"/>
            </w:tcMar>
            <w:vAlign w:val="center"/>
          </w:tcPr>
          <w:p w14:paraId="6F893413" w14:textId="77777777" w:rsidR="00BD4D54" w:rsidRDefault="00000000">
            <w:pPr>
              <w:spacing w:after="0" w:line="240" w:lineRule="auto"/>
              <w:jc w:val="center"/>
            </w:pPr>
            <w:proofErr w:type="spellStart"/>
            <w:r>
              <w:rPr>
                <w:sz w:val="25"/>
              </w:rPr>
              <w:t>联系电话</w:t>
            </w:r>
            <w:proofErr w:type="spellEnd"/>
          </w:p>
        </w:tc>
        <w:tc>
          <w:tcPr>
            <w:tcW w:w="2891" w:type="dxa"/>
            <w:tcMar>
              <w:top w:w="40" w:type="dxa"/>
              <w:left w:w="70" w:type="dxa"/>
              <w:bottom w:w="40" w:type="dxa"/>
              <w:right w:w="70" w:type="dxa"/>
            </w:tcMar>
            <w:vAlign w:val="center"/>
          </w:tcPr>
          <w:p w14:paraId="7D9FC232" w14:textId="77777777" w:rsidR="00BD4D54" w:rsidRDefault="00BD4D54">
            <w:pPr>
              <w:spacing w:after="0" w:line="240" w:lineRule="auto"/>
              <w:jc w:val="center"/>
            </w:pPr>
          </w:p>
        </w:tc>
      </w:tr>
      <w:tr w:rsidR="00BD4D54" w14:paraId="05D89CC1" w14:textId="77777777">
        <w:trPr>
          <w:jc w:val="center"/>
        </w:trPr>
        <w:tc>
          <w:tcPr>
            <w:tcW w:w="9637" w:type="dxa"/>
            <w:gridSpan w:val="4"/>
            <w:tcMar>
              <w:top w:w="40" w:type="dxa"/>
              <w:left w:w="70" w:type="dxa"/>
              <w:bottom w:w="40" w:type="dxa"/>
              <w:right w:w="70" w:type="dxa"/>
            </w:tcMar>
            <w:vAlign w:val="center"/>
          </w:tcPr>
          <w:p w14:paraId="4FB8F695" w14:textId="77777777" w:rsidR="00BD4D54" w:rsidRDefault="00000000">
            <w:pPr>
              <w:spacing w:after="0" w:line="240" w:lineRule="auto"/>
            </w:pPr>
            <w:r>
              <w:rPr>
                <w:b/>
                <w:sz w:val="25"/>
                <w:lang w:eastAsia="zh-CN"/>
              </w:rPr>
              <w:t>一、仲裁请求</w:t>
            </w:r>
            <w:r w:rsidRPr="004D6A5B">
              <w:rPr>
                <w:b/>
                <w:sz w:val="22"/>
                <w:lang w:eastAsia="zh-CN"/>
              </w:rPr>
              <w:t>（格式要求：1、支付20xx年x月x日至20xx年x月x日工资xxx元。</w:t>
            </w:r>
            <w:r w:rsidRPr="004D6A5B">
              <w:rPr>
                <w:b/>
                <w:sz w:val="22"/>
              </w:rPr>
              <w:t>）</w:t>
            </w:r>
          </w:p>
        </w:tc>
      </w:tr>
      <w:tr w:rsidR="00BD4D54" w14:paraId="0FD5321B" w14:textId="77777777">
        <w:trPr>
          <w:trHeight w:val="624"/>
          <w:jc w:val="center"/>
        </w:trPr>
        <w:tc>
          <w:tcPr>
            <w:tcW w:w="9637" w:type="dxa"/>
            <w:gridSpan w:val="4"/>
            <w:tcMar>
              <w:top w:w="40" w:type="dxa"/>
              <w:left w:w="70" w:type="dxa"/>
              <w:bottom w:w="40" w:type="dxa"/>
              <w:right w:w="70" w:type="dxa"/>
            </w:tcMar>
            <w:vAlign w:val="center"/>
          </w:tcPr>
          <w:p w14:paraId="62025DCB" w14:textId="77777777" w:rsidR="00BD4D54" w:rsidRDefault="00000000">
            <w:pPr>
              <w:spacing w:after="0" w:line="240" w:lineRule="auto"/>
            </w:pPr>
            <w:r>
              <w:rPr>
                <w:sz w:val="26"/>
              </w:rPr>
              <w:t>1.</w:t>
            </w:r>
          </w:p>
        </w:tc>
      </w:tr>
      <w:tr w:rsidR="00BD4D54" w14:paraId="0E2BCED3" w14:textId="77777777">
        <w:trPr>
          <w:trHeight w:val="624"/>
          <w:jc w:val="center"/>
        </w:trPr>
        <w:tc>
          <w:tcPr>
            <w:tcW w:w="9637" w:type="dxa"/>
            <w:gridSpan w:val="4"/>
            <w:tcMar>
              <w:top w:w="40" w:type="dxa"/>
              <w:left w:w="70" w:type="dxa"/>
              <w:bottom w:w="40" w:type="dxa"/>
              <w:right w:w="70" w:type="dxa"/>
            </w:tcMar>
            <w:vAlign w:val="center"/>
          </w:tcPr>
          <w:p w14:paraId="00EFE4DE" w14:textId="77777777" w:rsidR="00BD4D54" w:rsidRDefault="00000000">
            <w:pPr>
              <w:spacing w:after="0" w:line="240" w:lineRule="auto"/>
            </w:pPr>
            <w:r>
              <w:rPr>
                <w:sz w:val="26"/>
              </w:rPr>
              <w:t>2.</w:t>
            </w:r>
          </w:p>
        </w:tc>
      </w:tr>
      <w:tr w:rsidR="00BD4D54" w14:paraId="39B26191" w14:textId="77777777">
        <w:trPr>
          <w:trHeight w:val="624"/>
          <w:jc w:val="center"/>
        </w:trPr>
        <w:tc>
          <w:tcPr>
            <w:tcW w:w="9637" w:type="dxa"/>
            <w:gridSpan w:val="4"/>
            <w:tcMar>
              <w:top w:w="40" w:type="dxa"/>
              <w:left w:w="70" w:type="dxa"/>
              <w:bottom w:w="40" w:type="dxa"/>
              <w:right w:w="70" w:type="dxa"/>
            </w:tcMar>
            <w:vAlign w:val="center"/>
          </w:tcPr>
          <w:p w14:paraId="41AA34A4" w14:textId="77777777" w:rsidR="00BD4D54" w:rsidRDefault="00000000">
            <w:pPr>
              <w:spacing w:after="0" w:line="240" w:lineRule="auto"/>
            </w:pPr>
            <w:r>
              <w:rPr>
                <w:sz w:val="26"/>
              </w:rPr>
              <w:t>3.</w:t>
            </w:r>
          </w:p>
        </w:tc>
      </w:tr>
      <w:tr w:rsidR="00BD4D54" w14:paraId="730F0C42" w14:textId="77777777">
        <w:trPr>
          <w:trHeight w:val="624"/>
          <w:jc w:val="center"/>
        </w:trPr>
        <w:tc>
          <w:tcPr>
            <w:tcW w:w="9637" w:type="dxa"/>
            <w:gridSpan w:val="4"/>
            <w:tcMar>
              <w:top w:w="40" w:type="dxa"/>
              <w:left w:w="70" w:type="dxa"/>
              <w:bottom w:w="40" w:type="dxa"/>
              <w:right w:w="70" w:type="dxa"/>
            </w:tcMar>
            <w:vAlign w:val="center"/>
          </w:tcPr>
          <w:p w14:paraId="0B55BBB7" w14:textId="77777777" w:rsidR="00BD4D54" w:rsidRDefault="00000000">
            <w:pPr>
              <w:spacing w:after="0" w:line="240" w:lineRule="auto"/>
            </w:pPr>
            <w:r>
              <w:rPr>
                <w:sz w:val="26"/>
              </w:rPr>
              <w:t>4.</w:t>
            </w:r>
          </w:p>
        </w:tc>
      </w:tr>
      <w:tr w:rsidR="00BD4D54" w14:paraId="3A964853" w14:textId="77777777">
        <w:trPr>
          <w:trHeight w:val="624"/>
          <w:jc w:val="center"/>
        </w:trPr>
        <w:tc>
          <w:tcPr>
            <w:tcW w:w="9637" w:type="dxa"/>
            <w:gridSpan w:val="4"/>
            <w:tcMar>
              <w:top w:w="40" w:type="dxa"/>
              <w:left w:w="70" w:type="dxa"/>
              <w:bottom w:w="40" w:type="dxa"/>
              <w:right w:w="70" w:type="dxa"/>
            </w:tcMar>
            <w:vAlign w:val="center"/>
          </w:tcPr>
          <w:p w14:paraId="23562355" w14:textId="77777777" w:rsidR="00BD4D54" w:rsidRDefault="00000000">
            <w:pPr>
              <w:spacing w:after="0" w:line="240" w:lineRule="auto"/>
            </w:pPr>
            <w:r>
              <w:rPr>
                <w:sz w:val="26"/>
              </w:rPr>
              <w:t>5.</w:t>
            </w:r>
          </w:p>
        </w:tc>
      </w:tr>
      <w:tr w:rsidR="00BD4D54" w14:paraId="5DB2A237" w14:textId="77777777">
        <w:trPr>
          <w:trHeight w:val="624"/>
          <w:jc w:val="center"/>
        </w:trPr>
        <w:tc>
          <w:tcPr>
            <w:tcW w:w="9637" w:type="dxa"/>
            <w:gridSpan w:val="4"/>
            <w:tcMar>
              <w:top w:w="40" w:type="dxa"/>
              <w:left w:w="70" w:type="dxa"/>
              <w:bottom w:w="40" w:type="dxa"/>
              <w:right w:w="70" w:type="dxa"/>
            </w:tcMar>
            <w:vAlign w:val="center"/>
          </w:tcPr>
          <w:p w14:paraId="326166D4" w14:textId="77777777" w:rsidR="00BD4D54" w:rsidRDefault="00000000">
            <w:pPr>
              <w:spacing w:after="0" w:line="240" w:lineRule="auto"/>
            </w:pPr>
            <w:r>
              <w:rPr>
                <w:sz w:val="26"/>
              </w:rPr>
              <w:t>6.</w:t>
            </w:r>
          </w:p>
        </w:tc>
      </w:tr>
      <w:tr w:rsidR="00BD4D54" w14:paraId="64123759" w14:textId="77777777">
        <w:trPr>
          <w:jc w:val="center"/>
        </w:trPr>
        <w:tc>
          <w:tcPr>
            <w:tcW w:w="9637" w:type="dxa"/>
            <w:gridSpan w:val="4"/>
            <w:tcMar>
              <w:top w:w="40" w:type="dxa"/>
              <w:left w:w="70" w:type="dxa"/>
              <w:bottom w:w="40" w:type="dxa"/>
              <w:right w:w="70" w:type="dxa"/>
            </w:tcMar>
            <w:vAlign w:val="center"/>
          </w:tcPr>
          <w:p w14:paraId="2905F199" w14:textId="77777777" w:rsidR="00BD4D54" w:rsidRDefault="00000000">
            <w:pPr>
              <w:spacing w:after="0" w:line="240" w:lineRule="auto"/>
              <w:jc w:val="right"/>
            </w:pPr>
            <w:proofErr w:type="spellStart"/>
            <w:r>
              <w:rPr>
                <w:sz w:val="26"/>
              </w:rPr>
              <w:t>以上共计</w:t>
            </w:r>
            <w:proofErr w:type="spellEnd"/>
            <w:r>
              <w:rPr>
                <w:sz w:val="26"/>
              </w:rPr>
              <w:t>：                                  元。</w:t>
            </w:r>
          </w:p>
        </w:tc>
      </w:tr>
      <w:tr w:rsidR="00BD4D54" w14:paraId="66681417" w14:textId="77777777">
        <w:trPr>
          <w:jc w:val="center"/>
        </w:trPr>
        <w:tc>
          <w:tcPr>
            <w:tcW w:w="9637" w:type="dxa"/>
            <w:gridSpan w:val="4"/>
            <w:tcMar>
              <w:top w:w="70" w:type="dxa"/>
              <w:left w:w="80" w:type="dxa"/>
              <w:bottom w:w="70" w:type="dxa"/>
              <w:right w:w="80" w:type="dxa"/>
            </w:tcMar>
            <w:vAlign w:val="center"/>
          </w:tcPr>
          <w:p w14:paraId="29E23716" w14:textId="77777777" w:rsidR="00BD4D54" w:rsidRDefault="00000000">
            <w:pPr>
              <w:spacing w:after="0" w:line="240" w:lineRule="auto"/>
              <w:rPr>
                <w:lang w:eastAsia="zh-CN"/>
              </w:rPr>
            </w:pPr>
            <w:r>
              <w:rPr>
                <w:sz w:val="27"/>
                <w:lang w:eastAsia="zh-CN"/>
              </w:rPr>
              <w:t>申请人签名：                         签字时间：    年    月    日</w:t>
            </w:r>
          </w:p>
        </w:tc>
      </w:tr>
    </w:tbl>
    <w:p w14:paraId="41D7B309" w14:textId="77777777" w:rsidR="00BD4D54" w:rsidRDefault="00000000">
      <w:pPr>
        <w:rPr>
          <w:lang w:eastAsia="zh-CN"/>
        </w:rPr>
      </w:pPr>
      <w:r>
        <w:rPr>
          <w:lang w:eastAsia="zh-CN"/>
        </w:rPr>
        <w:br w:type="page"/>
      </w:r>
    </w:p>
    <w:p w14:paraId="0AFC43B4" w14:textId="77777777" w:rsidR="00BD4D54" w:rsidRDefault="00000000">
      <w:pPr>
        <w:spacing w:after="160" w:line="240" w:lineRule="auto"/>
        <w:jc w:val="center"/>
        <w:rPr>
          <w:lang w:eastAsia="zh-CN"/>
        </w:rPr>
      </w:pPr>
      <w:r>
        <w:rPr>
          <w:rFonts w:ascii="黑体" w:eastAsia="黑体" w:hAnsi="黑体"/>
          <w:b/>
          <w:sz w:val="44"/>
          <w:lang w:eastAsia="zh-CN"/>
        </w:rPr>
        <w:lastRenderedPageBreak/>
        <w:t>申请人案情信息表</w:t>
      </w:r>
    </w:p>
    <w:p w14:paraId="0ABE054B" w14:textId="77777777" w:rsidR="00BD4D54" w:rsidRDefault="00000000">
      <w:pPr>
        <w:spacing w:after="0"/>
        <w:rPr>
          <w:lang w:eastAsia="zh-CN"/>
        </w:rPr>
      </w:pPr>
      <w:r>
        <w:rPr>
          <w:rFonts w:ascii="黑体" w:eastAsia="黑体" w:hAnsi="黑体"/>
          <w:b/>
          <w:sz w:val="25"/>
          <w:lang w:eastAsia="zh-CN"/>
        </w:rPr>
        <w:t>重要声明：</w:t>
      </w:r>
    </w:p>
    <w:p w14:paraId="36DDCADD" w14:textId="77777777" w:rsidR="00BD4D54" w:rsidRDefault="00000000">
      <w:pPr>
        <w:spacing w:after="0"/>
        <w:rPr>
          <w:lang w:eastAsia="zh-CN"/>
        </w:rPr>
      </w:pPr>
      <w:r>
        <w:rPr>
          <w:sz w:val="21"/>
          <w:lang w:eastAsia="zh-CN"/>
        </w:rPr>
        <w:t>1、本表系仲裁申请书的组成部分，申请书的副本本委将依法送达给对方当事人，请务必认真阅读，如实填写。</w:t>
      </w:r>
    </w:p>
    <w:p w14:paraId="75BC5819" w14:textId="77777777" w:rsidR="00BD4D54" w:rsidRDefault="00000000">
      <w:pPr>
        <w:spacing w:after="120"/>
        <w:rPr>
          <w:lang w:eastAsia="zh-CN"/>
        </w:rPr>
      </w:pPr>
      <w:r>
        <w:rPr>
          <w:sz w:val="21"/>
          <w:lang w:eastAsia="zh-CN"/>
        </w:rPr>
        <w:t>2、请在各选择项对应类型前的方框内打“√”；与本案无关的内容，可以填“无”或划“/”；对于本表中未列明的项目，您可以在本表中“其他需要说明的事项”一栏填写。</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2494"/>
        <w:gridCol w:w="2695"/>
        <w:gridCol w:w="1275"/>
        <w:gridCol w:w="2833"/>
      </w:tblGrid>
      <w:tr w:rsidR="004D6A5B" w14:paraId="389A689F" w14:textId="77777777" w:rsidTr="004D6A5B">
        <w:trPr>
          <w:jc w:val="center"/>
        </w:trPr>
        <w:tc>
          <w:tcPr>
            <w:tcW w:w="2494" w:type="dxa"/>
            <w:tcMar>
              <w:top w:w="40" w:type="dxa"/>
              <w:left w:w="70" w:type="dxa"/>
              <w:bottom w:w="40" w:type="dxa"/>
              <w:right w:w="70" w:type="dxa"/>
            </w:tcMar>
            <w:vAlign w:val="center"/>
          </w:tcPr>
          <w:p w14:paraId="558CB2CA" w14:textId="77777777" w:rsidR="004D6A5B" w:rsidRDefault="004D6A5B">
            <w:pPr>
              <w:spacing w:after="0" w:line="240" w:lineRule="auto"/>
              <w:jc w:val="center"/>
            </w:pPr>
            <w:proofErr w:type="spellStart"/>
            <w:r>
              <w:rPr>
                <w:sz w:val="26"/>
              </w:rPr>
              <w:t>入职时间</w:t>
            </w:r>
            <w:proofErr w:type="spellEnd"/>
          </w:p>
        </w:tc>
        <w:tc>
          <w:tcPr>
            <w:tcW w:w="2695" w:type="dxa"/>
            <w:tcMar>
              <w:top w:w="40" w:type="dxa"/>
              <w:left w:w="70" w:type="dxa"/>
              <w:bottom w:w="40" w:type="dxa"/>
              <w:right w:w="70" w:type="dxa"/>
            </w:tcMar>
            <w:vAlign w:val="center"/>
          </w:tcPr>
          <w:p w14:paraId="6B974102" w14:textId="33011B85" w:rsidR="004D6A5B" w:rsidRDefault="004D6A5B">
            <w:pPr>
              <w:spacing w:after="0" w:line="240" w:lineRule="auto"/>
            </w:pPr>
            <w:r>
              <w:rPr>
                <w:sz w:val="26"/>
              </w:rPr>
              <w:t>______</w:t>
            </w:r>
            <w:proofErr w:type="spellStart"/>
            <w:r>
              <w:rPr>
                <w:sz w:val="26"/>
              </w:rPr>
              <w:t>年___月___日</w:t>
            </w:r>
            <w:proofErr w:type="spellEnd"/>
          </w:p>
        </w:tc>
        <w:tc>
          <w:tcPr>
            <w:tcW w:w="1275" w:type="dxa"/>
            <w:vAlign w:val="center"/>
          </w:tcPr>
          <w:p w14:paraId="24A5DA6C" w14:textId="15068BD7" w:rsidR="004D6A5B" w:rsidRDefault="004D6A5B">
            <w:pPr>
              <w:spacing w:after="0" w:line="240" w:lineRule="auto"/>
            </w:pPr>
            <w:proofErr w:type="spellStart"/>
            <w:r>
              <w:rPr>
                <w:sz w:val="26"/>
              </w:rPr>
              <w:t>工作岗位</w:t>
            </w:r>
            <w:proofErr w:type="spellEnd"/>
          </w:p>
        </w:tc>
        <w:tc>
          <w:tcPr>
            <w:tcW w:w="2833" w:type="dxa"/>
            <w:vAlign w:val="center"/>
          </w:tcPr>
          <w:p w14:paraId="11B3C507" w14:textId="0B237DA1" w:rsidR="004D6A5B" w:rsidRDefault="004D6A5B">
            <w:pPr>
              <w:spacing w:after="0" w:line="240" w:lineRule="auto"/>
            </w:pPr>
          </w:p>
        </w:tc>
      </w:tr>
      <w:tr w:rsidR="00BD4D54" w14:paraId="2FF27817" w14:textId="77777777">
        <w:trPr>
          <w:jc w:val="center"/>
        </w:trPr>
        <w:tc>
          <w:tcPr>
            <w:tcW w:w="2494" w:type="dxa"/>
            <w:tcMar>
              <w:top w:w="40" w:type="dxa"/>
              <w:left w:w="70" w:type="dxa"/>
              <w:bottom w:w="40" w:type="dxa"/>
              <w:right w:w="70" w:type="dxa"/>
            </w:tcMar>
            <w:vAlign w:val="center"/>
          </w:tcPr>
          <w:p w14:paraId="16AC75C1" w14:textId="77777777" w:rsidR="00BD4D54" w:rsidRDefault="00000000">
            <w:pPr>
              <w:spacing w:after="0" w:line="240" w:lineRule="auto"/>
              <w:jc w:val="center"/>
            </w:pPr>
            <w:proofErr w:type="spellStart"/>
            <w:r>
              <w:rPr>
                <w:sz w:val="26"/>
              </w:rPr>
              <w:t>离职时间</w:t>
            </w:r>
            <w:proofErr w:type="spellEnd"/>
          </w:p>
        </w:tc>
        <w:tc>
          <w:tcPr>
            <w:tcW w:w="6803" w:type="dxa"/>
            <w:gridSpan w:val="3"/>
            <w:tcMar>
              <w:top w:w="40" w:type="dxa"/>
              <w:left w:w="70" w:type="dxa"/>
              <w:bottom w:w="40" w:type="dxa"/>
              <w:right w:w="70" w:type="dxa"/>
            </w:tcMar>
            <w:vAlign w:val="center"/>
          </w:tcPr>
          <w:p w14:paraId="712E265B" w14:textId="77777777" w:rsidR="00BD4D54" w:rsidRDefault="00000000">
            <w:pPr>
              <w:spacing w:after="0"/>
              <w:rPr>
                <w:lang w:eastAsia="zh-CN"/>
              </w:rPr>
            </w:pPr>
            <w:r>
              <w:rPr>
                <w:sz w:val="25"/>
                <w:lang w:eastAsia="zh-CN"/>
              </w:rPr>
              <w:t>□已离职，离职时间      年    月    日      □未离职</w:t>
            </w:r>
          </w:p>
          <w:p w14:paraId="12826893" w14:textId="77777777" w:rsidR="00BD4D54" w:rsidRDefault="00000000">
            <w:pPr>
              <w:spacing w:after="0"/>
              <w:rPr>
                <w:lang w:eastAsia="zh-CN"/>
              </w:rPr>
            </w:pPr>
            <w:r>
              <w:rPr>
                <w:sz w:val="25"/>
                <w:lang w:eastAsia="zh-CN"/>
              </w:rPr>
              <w:t>□不明确，最后提供劳动时间：_____年___月___日</w:t>
            </w:r>
          </w:p>
        </w:tc>
      </w:tr>
      <w:tr w:rsidR="00BD4D54" w14:paraId="4CAF74CC" w14:textId="77777777">
        <w:trPr>
          <w:jc w:val="center"/>
        </w:trPr>
        <w:tc>
          <w:tcPr>
            <w:tcW w:w="2494" w:type="dxa"/>
            <w:tcMar>
              <w:top w:w="40" w:type="dxa"/>
              <w:left w:w="70" w:type="dxa"/>
              <w:bottom w:w="40" w:type="dxa"/>
              <w:right w:w="70" w:type="dxa"/>
            </w:tcMar>
            <w:vAlign w:val="center"/>
          </w:tcPr>
          <w:p w14:paraId="03F5D609" w14:textId="77777777" w:rsidR="00BD4D54" w:rsidRDefault="00000000">
            <w:pPr>
              <w:spacing w:after="0" w:line="288" w:lineRule="auto"/>
              <w:jc w:val="center"/>
              <w:rPr>
                <w:lang w:eastAsia="zh-CN"/>
              </w:rPr>
            </w:pPr>
            <w:r>
              <w:rPr>
                <w:sz w:val="26"/>
                <w:lang w:eastAsia="zh-CN"/>
              </w:rPr>
              <w:t>离职原因或</w:t>
            </w:r>
            <w:r>
              <w:rPr>
                <w:sz w:val="26"/>
                <w:lang w:eastAsia="zh-CN"/>
              </w:rPr>
              <w:br/>
              <w:t>未提供劳动原因</w:t>
            </w:r>
          </w:p>
        </w:tc>
        <w:tc>
          <w:tcPr>
            <w:tcW w:w="6803" w:type="dxa"/>
            <w:gridSpan w:val="3"/>
            <w:tcMar>
              <w:top w:w="40" w:type="dxa"/>
              <w:left w:w="70" w:type="dxa"/>
              <w:bottom w:w="40" w:type="dxa"/>
              <w:right w:w="70" w:type="dxa"/>
            </w:tcMar>
            <w:vAlign w:val="center"/>
          </w:tcPr>
          <w:p w14:paraId="0920DC48" w14:textId="77777777" w:rsidR="00BD4D54" w:rsidRDefault="00BD4D54">
            <w:pPr>
              <w:spacing w:after="0" w:line="240" w:lineRule="auto"/>
              <w:rPr>
                <w:lang w:eastAsia="zh-CN"/>
              </w:rPr>
            </w:pPr>
          </w:p>
        </w:tc>
      </w:tr>
      <w:tr w:rsidR="00BD4D54" w14:paraId="741189FA" w14:textId="77777777">
        <w:trPr>
          <w:jc w:val="center"/>
        </w:trPr>
        <w:tc>
          <w:tcPr>
            <w:tcW w:w="2494" w:type="dxa"/>
            <w:tcMar>
              <w:top w:w="40" w:type="dxa"/>
              <w:left w:w="70" w:type="dxa"/>
              <w:bottom w:w="40" w:type="dxa"/>
              <w:right w:w="70" w:type="dxa"/>
            </w:tcMar>
            <w:vAlign w:val="center"/>
          </w:tcPr>
          <w:p w14:paraId="02208A42" w14:textId="77777777" w:rsidR="00BD4D54" w:rsidRDefault="00000000">
            <w:pPr>
              <w:spacing w:after="0" w:line="240" w:lineRule="auto"/>
              <w:jc w:val="center"/>
            </w:pPr>
            <w:proofErr w:type="spellStart"/>
            <w:r>
              <w:rPr>
                <w:sz w:val="26"/>
              </w:rPr>
              <w:t>月工资标准</w:t>
            </w:r>
            <w:proofErr w:type="spellEnd"/>
          </w:p>
        </w:tc>
        <w:tc>
          <w:tcPr>
            <w:tcW w:w="6803" w:type="dxa"/>
            <w:gridSpan w:val="3"/>
            <w:tcMar>
              <w:top w:w="40" w:type="dxa"/>
              <w:left w:w="70" w:type="dxa"/>
              <w:bottom w:w="40" w:type="dxa"/>
              <w:right w:w="70" w:type="dxa"/>
            </w:tcMar>
            <w:vAlign w:val="center"/>
          </w:tcPr>
          <w:p w14:paraId="3564B8C7" w14:textId="77777777" w:rsidR="00BD4D54" w:rsidRDefault="00000000">
            <w:pPr>
              <w:spacing w:after="0" w:line="240" w:lineRule="auto"/>
            </w:pPr>
            <w:r>
              <w:rPr>
                <w:sz w:val="25"/>
              </w:rPr>
              <w:t>______</w:t>
            </w:r>
            <w:proofErr w:type="spellStart"/>
            <w:r>
              <w:rPr>
                <w:sz w:val="25"/>
              </w:rPr>
              <w:t>元（工资组成</w:t>
            </w:r>
            <w:proofErr w:type="spellEnd"/>
            <w:r>
              <w:rPr>
                <w:sz w:val="25"/>
              </w:rPr>
              <w:t>：                           ）</w:t>
            </w:r>
          </w:p>
        </w:tc>
      </w:tr>
      <w:tr w:rsidR="004D6A5B" w14:paraId="1BD71361" w14:textId="77777777" w:rsidTr="004D6A5B">
        <w:trPr>
          <w:trHeight w:val="375"/>
          <w:jc w:val="center"/>
        </w:trPr>
        <w:tc>
          <w:tcPr>
            <w:tcW w:w="2494" w:type="dxa"/>
            <w:vMerge w:val="restart"/>
            <w:tcMar>
              <w:top w:w="40" w:type="dxa"/>
              <w:left w:w="70" w:type="dxa"/>
              <w:bottom w:w="40" w:type="dxa"/>
              <w:right w:w="70" w:type="dxa"/>
            </w:tcMar>
            <w:vAlign w:val="center"/>
          </w:tcPr>
          <w:p w14:paraId="5FE72AF0" w14:textId="77777777" w:rsidR="004D6A5B" w:rsidRDefault="004D6A5B">
            <w:pPr>
              <w:spacing w:after="0" w:line="240" w:lineRule="auto"/>
              <w:jc w:val="center"/>
            </w:pPr>
            <w:proofErr w:type="spellStart"/>
            <w:r>
              <w:rPr>
                <w:sz w:val="26"/>
              </w:rPr>
              <w:t>工资发放方式</w:t>
            </w:r>
            <w:proofErr w:type="spellEnd"/>
          </w:p>
        </w:tc>
        <w:tc>
          <w:tcPr>
            <w:tcW w:w="6803" w:type="dxa"/>
            <w:gridSpan w:val="3"/>
            <w:tcMar>
              <w:top w:w="40" w:type="dxa"/>
              <w:left w:w="70" w:type="dxa"/>
              <w:bottom w:w="40" w:type="dxa"/>
              <w:right w:w="70" w:type="dxa"/>
            </w:tcMar>
            <w:vAlign w:val="center"/>
          </w:tcPr>
          <w:p w14:paraId="0979AC63" w14:textId="4BFF43BA" w:rsidR="004D6A5B" w:rsidRDefault="004D6A5B">
            <w:pPr>
              <w:spacing w:after="0"/>
              <w:rPr>
                <w:rFonts w:hint="eastAsia"/>
                <w:lang w:eastAsia="zh-CN"/>
              </w:rPr>
            </w:pPr>
            <w:r>
              <w:rPr>
                <w:sz w:val="25"/>
                <w:lang w:eastAsia="zh-CN"/>
              </w:rPr>
              <w:t>□现金    □银行转账    □支付宝转账    □微信转账</w:t>
            </w:r>
          </w:p>
        </w:tc>
      </w:tr>
      <w:tr w:rsidR="004D6A5B" w14:paraId="7BE4A03D" w14:textId="77777777" w:rsidTr="004D6A5B">
        <w:trPr>
          <w:trHeight w:val="375"/>
          <w:jc w:val="center"/>
        </w:trPr>
        <w:tc>
          <w:tcPr>
            <w:tcW w:w="2494" w:type="dxa"/>
            <w:vMerge/>
            <w:tcMar>
              <w:top w:w="40" w:type="dxa"/>
              <w:left w:w="70" w:type="dxa"/>
              <w:bottom w:w="40" w:type="dxa"/>
              <w:right w:w="70" w:type="dxa"/>
            </w:tcMar>
            <w:vAlign w:val="center"/>
          </w:tcPr>
          <w:p w14:paraId="2763AF03" w14:textId="77777777" w:rsidR="004D6A5B" w:rsidRDefault="004D6A5B">
            <w:pPr>
              <w:spacing w:after="0" w:line="240" w:lineRule="auto"/>
              <w:jc w:val="center"/>
              <w:rPr>
                <w:sz w:val="26"/>
              </w:rPr>
            </w:pPr>
          </w:p>
        </w:tc>
        <w:tc>
          <w:tcPr>
            <w:tcW w:w="6803" w:type="dxa"/>
            <w:gridSpan w:val="3"/>
            <w:tcMar>
              <w:top w:w="40" w:type="dxa"/>
              <w:left w:w="70" w:type="dxa"/>
              <w:bottom w:w="40" w:type="dxa"/>
              <w:right w:w="70" w:type="dxa"/>
            </w:tcMar>
            <w:vAlign w:val="center"/>
          </w:tcPr>
          <w:p w14:paraId="363DCCC0" w14:textId="6BA5DE32" w:rsidR="004D6A5B" w:rsidRDefault="004D6A5B">
            <w:pPr>
              <w:spacing w:after="0"/>
              <w:rPr>
                <w:sz w:val="25"/>
                <w:lang w:eastAsia="zh-CN"/>
              </w:rPr>
            </w:pPr>
            <w:proofErr w:type="spellStart"/>
            <w:r>
              <w:rPr>
                <w:sz w:val="25"/>
              </w:rPr>
              <w:t>每月支付时间</w:t>
            </w:r>
            <w:proofErr w:type="spellEnd"/>
            <w:r>
              <w:rPr>
                <w:sz w:val="25"/>
              </w:rPr>
              <w:t>：</w:t>
            </w:r>
          </w:p>
        </w:tc>
      </w:tr>
      <w:tr w:rsidR="00BD4D54" w14:paraId="09859738" w14:textId="77777777">
        <w:trPr>
          <w:jc w:val="center"/>
        </w:trPr>
        <w:tc>
          <w:tcPr>
            <w:tcW w:w="2494" w:type="dxa"/>
            <w:tcMar>
              <w:top w:w="40" w:type="dxa"/>
              <w:left w:w="70" w:type="dxa"/>
              <w:bottom w:w="40" w:type="dxa"/>
              <w:right w:w="70" w:type="dxa"/>
            </w:tcMar>
            <w:vAlign w:val="center"/>
          </w:tcPr>
          <w:p w14:paraId="250F39AC" w14:textId="77777777" w:rsidR="00BD4D54" w:rsidRDefault="00000000">
            <w:pPr>
              <w:spacing w:after="0" w:line="240" w:lineRule="auto"/>
              <w:jc w:val="center"/>
            </w:pPr>
            <w:proofErr w:type="spellStart"/>
            <w:r>
              <w:rPr>
                <w:sz w:val="26"/>
              </w:rPr>
              <w:t>劳动合同</w:t>
            </w:r>
            <w:proofErr w:type="spellEnd"/>
          </w:p>
        </w:tc>
        <w:tc>
          <w:tcPr>
            <w:tcW w:w="6803" w:type="dxa"/>
            <w:gridSpan w:val="3"/>
            <w:tcMar>
              <w:top w:w="40" w:type="dxa"/>
              <w:left w:w="70" w:type="dxa"/>
              <w:bottom w:w="40" w:type="dxa"/>
              <w:right w:w="70" w:type="dxa"/>
            </w:tcMar>
            <w:vAlign w:val="center"/>
          </w:tcPr>
          <w:p w14:paraId="54242F42" w14:textId="77777777" w:rsidR="00BD4D54" w:rsidRDefault="00000000">
            <w:pPr>
              <w:spacing w:after="0"/>
              <w:rPr>
                <w:lang w:eastAsia="zh-CN"/>
              </w:rPr>
            </w:pPr>
            <w:r>
              <w:rPr>
                <w:sz w:val="25"/>
                <w:lang w:eastAsia="zh-CN"/>
              </w:rPr>
              <w:t>□已签订，最后一份劳动合同期限为：</w:t>
            </w:r>
          </w:p>
          <w:p w14:paraId="0B35E486" w14:textId="77777777" w:rsidR="00BD4D54" w:rsidRDefault="00000000">
            <w:pPr>
              <w:spacing w:after="0"/>
              <w:rPr>
                <w:lang w:eastAsia="zh-CN"/>
              </w:rPr>
            </w:pPr>
            <w:r>
              <w:rPr>
                <w:sz w:val="25"/>
                <w:lang w:eastAsia="zh-CN"/>
              </w:rPr>
              <w:t xml:space="preserve">    年    月    日至    年    月    日</w:t>
            </w:r>
          </w:p>
          <w:p w14:paraId="2D8CB196" w14:textId="77777777" w:rsidR="00BD4D54" w:rsidRDefault="00000000">
            <w:pPr>
              <w:spacing w:after="0"/>
              <w:rPr>
                <w:lang w:eastAsia="zh-CN"/>
              </w:rPr>
            </w:pPr>
            <w:r>
              <w:rPr>
                <w:sz w:val="25"/>
                <w:lang w:eastAsia="zh-CN"/>
              </w:rPr>
              <w:t>□从未签订</w:t>
            </w:r>
          </w:p>
        </w:tc>
      </w:tr>
      <w:tr w:rsidR="00BD4D54" w14:paraId="78A4A546" w14:textId="77777777">
        <w:trPr>
          <w:jc w:val="center"/>
        </w:trPr>
        <w:tc>
          <w:tcPr>
            <w:tcW w:w="2494" w:type="dxa"/>
            <w:tcMar>
              <w:top w:w="40" w:type="dxa"/>
              <w:left w:w="70" w:type="dxa"/>
              <w:bottom w:w="40" w:type="dxa"/>
              <w:right w:w="70" w:type="dxa"/>
            </w:tcMar>
            <w:vAlign w:val="center"/>
          </w:tcPr>
          <w:p w14:paraId="6506FD02" w14:textId="77777777" w:rsidR="00BD4D54" w:rsidRDefault="00000000">
            <w:pPr>
              <w:spacing w:after="0" w:line="288" w:lineRule="auto"/>
              <w:jc w:val="center"/>
              <w:rPr>
                <w:lang w:eastAsia="zh-CN"/>
              </w:rPr>
            </w:pPr>
            <w:r>
              <w:rPr>
                <w:sz w:val="26"/>
                <w:lang w:eastAsia="zh-CN"/>
              </w:rPr>
              <w:t>在职期间是否</w:t>
            </w:r>
            <w:r>
              <w:rPr>
                <w:sz w:val="26"/>
                <w:lang w:eastAsia="zh-CN"/>
              </w:rPr>
              <w:br/>
              <w:t>参加社会保险</w:t>
            </w:r>
          </w:p>
        </w:tc>
        <w:tc>
          <w:tcPr>
            <w:tcW w:w="6803" w:type="dxa"/>
            <w:gridSpan w:val="3"/>
            <w:tcMar>
              <w:top w:w="40" w:type="dxa"/>
              <w:left w:w="70" w:type="dxa"/>
              <w:bottom w:w="40" w:type="dxa"/>
              <w:right w:w="70" w:type="dxa"/>
            </w:tcMar>
            <w:vAlign w:val="center"/>
          </w:tcPr>
          <w:p w14:paraId="5825225F" w14:textId="77777777" w:rsidR="00BD4D54" w:rsidRDefault="00000000">
            <w:pPr>
              <w:spacing w:after="0"/>
              <w:rPr>
                <w:lang w:eastAsia="zh-CN"/>
              </w:rPr>
            </w:pPr>
            <w:r>
              <w:rPr>
                <w:sz w:val="25"/>
                <w:lang w:eastAsia="zh-CN"/>
              </w:rPr>
              <w:t>□是，参加    年    月至    年    月的社会保险</w:t>
            </w:r>
          </w:p>
          <w:p w14:paraId="23A47EE4" w14:textId="77777777" w:rsidR="00BD4D54" w:rsidRDefault="00000000">
            <w:pPr>
              <w:spacing w:after="0"/>
              <w:rPr>
                <w:lang w:eastAsia="zh-CN"/>
              </w:rPr>
            </w:pPr>
            <w:r>
              <w:rPr>
                <w:sz w:val="25"/>
                <w:lang w:eastAsia="zh-CN"/>
              </w:rPr>
              <w:t>□否，未参加社会保险</w:t>
            </w:r>
          </w:p>
        </w:tc>
      </w:tr>
      <w:tr w:rsidR="00BD4D54" w14:paraId="220B2E11" w14:textId="77777777">
        <w:trPr>
          <w:jc w:val="center"/>
        </w:trPr>
        <w:tc>
          <w:tcPr>
            <w:tcW w:w="2494" w:type="dxa"/>
            <w:tcMar>
              <w:top w:w="40" w:type="dxa"/>
              <w:left w:w="70" w:type="dxa"/>
              <w:bottom w:w="40" w:type="dxa"/>
              <w:right w:w="70" w:type="dxa"/>
            </w:tcMar>
            <w:vAlign w:val="center"/>
          </w:tcPr>
          <w:p w14:paraId="5F657453" w14:textId="77777777" w:rsidR="00BD4D54" w:rsidRDefault="00000000">
            <w:pPr>
              <w:spacing w:after="0" w:line="240" w:lineRule="auto"/>
              <w:jc w:val="center"/>
            </w:pPr>
            <w:proofErr w:type="spellStart"/>
            <w:r>
              <w:rPr>
                <w:sz w:val="26"/>
              </w:rPr>
              <w:t>考勤方式</w:t>
            </w:r>
            <w:proofErr w:type="spellEnd"/>
          </w:p>
        </w:tc>
        <w:tc>
          <w:tcPr>
            <w:tcW w:w="6803" w:type="dxa"/>
            <w:gridSpan w:val="3"/>
            <w:tcMar>
              <w:top w:w="40" w:type="dxa"/>
              <w:left w:w="70" w:type="dxa"/>
              <w:bottom w:w="40" w:type="dxa"/>
              <w:right w:w="70" w:type="dxa"/>
            </w:tcMar>
            <w:vAlign w:val="center"/>
          </w:tcPr>
          <w:p w14:paraId="522C84C5" w14:textId="77777777" w:rsidR="00BD4D54" w:rsidRDefault="00000000">
            <w:pPr>
              <w:spacing w:after="0"/>
              <w:rPr>
                <w:lang w:eastAsia="zh-CN"/>
              </w:rPr>
            </w:pPr>
            <w:r>
              <w:rPr>
                <w:sz w:val="25"/>
                <w:lang w:eastAsia="zh-CN"/>
              </w:rPr>
              <w:t>□无考勤    □指纹考勤    □软件考勤</w:t>
            </w:r>
          </w:p>
          <w:p w14:paraId="10EE53A2" w14:textId="77777777" w:rsidR="00BD4D54" w:rsidRDefault="00000000">
            <w:pPr>
              <w:spacing w:after="0"/>
              <w:rPr>
                <w:lang w:eastAsia="zh-CN"/>
              </w:rPr>
            </w:pPr>
            <w:r>
              <w:rPr>
                <w:sz w:val="25"/>
                <w:lang w:eastAsia="zh-CN"/>
              </w:rPr>
              <w:t>□纸质考勤    □其他形式考勤____________________</w:t>
            </w:r>
          </w:p>
        </w:tc>
      </w:tr>
      <w:tr w:rsidR="00BD4D54" w14:paraId="01225502" w14:textId="77777777">
        <w:trPr>
          <w:jc w:val="center"/>
        </w:trPr>
        <w:tc>
          <w:tcPr>
            <w:tcW w:w="2494" w:type="dxa"/>
            <w:tcMar>
              <w:top w:w="40" w:type="dxa"/>
              <w:left w:w="70" w:type="dxa"/>
              <w:bottom w:w="40" w:type="dxa"/>
              <w:right w:w="70" w:type="dxa"/>
            </w:tcMar>
            <w:vAlign w:val="center"/>
          </w:tcPr>
          <w:p w14:paraId="21F30F34" w14:textId="77777777" w:rsidR="00BD4D54" w:rsidRDefault="00000000">
            <w:pPr>
              <w:spacing w:after="0" w:line="240" w:lineRule="auto"/>
              <w:jc w:val="center"/>
            </w:pPr>
            <w:proofErr w:type="spellStart"/>
            <w:r>
              <w:rPr>
                <w:sz w:val="26"/>
              </w:rPr>
              <w:t>工作时间</w:t>
            </w:r>
            <w:proofErr w:type="spellEnd"/>
          </w:p>
        </w:tc>
        <w:tc>
          <w:tcPr>
            <w:tcW w:w="6803" w:type="dxa"/>
            <w:gridSpan w:val="3"/>
            <w:tcMar>
              <w:top w:w="40" w:type="dxa"/>
              <w:left w:w="70" w:type="dxa"/>
              <w:bottom w:w="40" w:type="dxa"/>
              <w:right w:w="70" w:type="dxa"/>
            </w:tcMar>
            <w:vAlign w:val="center"/>
          </w:tcPr>
          <w:p w14:paraId="049B0D3E" w14:textId="77777777" w:rsidR="00BD4D54" w:rsidRDefault="00000000">
            <w:pPr>
              <w:spacing w:after="0"/>
              <w:rPr>
                <w:lang w:eastAsia="zh-CN"/>
              </w:rPr>
            </w:pPr>
            <w:r>
              <w:rPr>
                <w:sz w:val="25"/>
                <w:lang w:eastAsia="zh-CN"/>
              </w:rPr>
              <w:t>每天工作____小时（上下班时间________________）；</w:t>
            </w:r>
          </w:p>
          <w:p w14:paraId="4B57C4B6" w14:textId="77777777" w:rsidR="00BD4D54" w:rsidRDefault="00000000">
            <w:pPr>
              <w:spacing w:after="0"/>
            </w:pPr>
            <w:proofErr w:type="spellStart"/>
            <w:r>
              <w:rPr>
                <w:sz w:val="25"/>
              </w:rPr>
              <w:t>每周工作</w:t>
            </w:r>
            <w:proofErr w:type="spellEnd"/>
            <w:r>
              <w:rPr>
                <w:sz w:val="25"/>
              </w:rPr>
              <w:t>____</w:t>
            </w:r>
            <w:proofErr w:type="spellStart"/>
            <w:r>
              <w:rPr>
                <w:sz w:val="25"/>
              </w:rPr>
              <w:t>天；其他</w:t>
            </w:r>
            <w:proofErr w:type="spellEnd"/>
            <w:r>
              <w:rPr>
                <w:sz w:val="25"/>
              </w:rPr>
              <w:t>：________________________</w:t>
            </w:r>
          </w:p>
        </w:tc>
      </w:tr>
    </w:tbl>
    <w:p w14:paraId="1D23EDDE" w14:textId="77777777" w:rsidR="00BD4D54" w:rsidRDefault="00BD4D54"/>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2494"/>
        <w:gridCol w:w="6803"/>
      </w:tblGrid>
      <w:tr w:rsidR="00BD4D54" w14:paraId="2CC77009" w14:textId="77777777">
        <w:trPr>
          <w:trHeight w:val="3855"/>
          <w:jc w:val="center"/>
        </w:trPr>
        <w:tc>
          <w:tcPr>
            <w:tcW w:w="2494" w:type="dxa"/>
            <w:tcMar>
              <w:top w:w="40" w:type="dxa"/>
              <w:left w:w="70" w:type="dxa"/>
              <w:bottom w:w="40" w:type="dxa"/>
              <w:right w:w="70" w:type="dxa"/>
            </w:tcMar>
            <w:vAlign w:val="center"/>
          </w:tcPr>
          <w:p w14:paraId="066923B6" w14:textId="77777777" w:rsidR="00BD4D54" w:rsidRDefault="00000000">
            <w:pPr>
              <w:spacing w:after="0" w:line="336" w:lineRule="auto"/>
              <w:jc w:val="center"/>
              <w:rPr>
                <w:lang w:eastAsia="zh-CN"/>
              </w:rPr>
            </w:pPr>
            <w:r>
              <w:rPr>
                <w:sz w:val="26"/>
                <w:lang w:eastAsia="zh-CN"/>
              </w:rPr>
              <w:t>其他需要说明的</w:t>
            </w:r>
            <w:r>
              <w:rPr>
                <w:sz w:val="26"/>
                <w:lang w:eastAsia="zh-CN"/>
              </w:rPr>
              <w:br/>
              <w:t>事项与理由</w:t>
            </w:r>
          </w:p>
        </w:tc>
        <w:tc>
          <w:tcPr>
            <w:tcW w:w="6803" w:type="dxa"/>
            <w:tcMar>
              <w:top w:w="40" w:type="dxa"/>
              <w:left w:w="70" w:type="dxa"/>
              <w:bottom w:w="40" w:type="dxa"/>
              <w:right w:w="70" w:type="dxa"/>
            </w:tcMar>
            <w:vAlign w:val="center"/>
          </w:tcPr>
          <w:p w14:paraId="0A8BB5BB" w14:textId="77777777" w:rsidR="00BD4D54" w:rsidRDefault="00BD4D54">
            <w:pPr>
              <w:spacing w:after="0" w:line="240" w:lineRule="auto"/>
              <w:rPr>
                <w:lang w:eastAsia="zh-CN"/>
              </w:rPr>
            </w:pPr>
          </w:p>
        </w:tc>
      </w:tr>
    </w:tbl>
    <w:p w14:paraId="7A21C1BA" w14:textId="77777777" w:rsidR="00BD4D54" w:rsidRDefault="00000000">
      <w:pPr>
        <w:spacing w:before="100" w:after="160" w:line="240" w:lineRule="auto"/>
        <w:rPr>
          <w:lang w:eastAsia="zh-CN"/>
        </w:rPr>
      </w:pPr>
      <w:r>
        <w:rPr>
          <w:b/>
          <w:lang w:eastAsia="zh-CN"/>
        </w:rPr>
        <w:t>请仔细核对上述内容，确认无误后签名。</w:t>
      </w:r>
    </w:p>
    <w:p w14:paraId="7C11E474" w14:textId="77777777" w:rsidR="00BD4D54" w:rsidRDefault="00000000">
      <w:pPr>
        <w:spacing w:after="0" w:line="240" w:lineRule="auto"/>
        <w:rPr>
          <w:lang w:eastAsia="zh-CN"/>
        </w:rPr>
      </w:pPr>
      <w:r>
        <w:rPr>
          <w:sz w:val="28"/>
          <w:lang w:eastAsia="zh-CN"/>
        </w:rPr>
        <w:t>申请人签名：                    签字时间：    年    月    日</w:t>
      </w:r>
    </w:p>
    <w:p w14:paraId="350F48B2" w14:textId="0D7FA0C5" w:rsidR="00BD4D54" w:rsidRDefault="00000000" w:rsidP="00631682">
      <w:pPr>
        <w:jc w:val="center"/>
        <w:rPr>
          <w:lang w:eastAsia="zh-CN"/>
        </w:rPr>
      </w:pPr>
      <w:r>
        <w:rPr>
          <w:lang w:eastAsia="zh-CN"/>
        </w:rPr>
        <w:br w:type="page"/>
      </w:r>
      <w:r w:rsidRPr="00631682">
        <w:rPr>
          <w:rFonts w:ascii="黑体" w:eastAsia="黑体" w:hAnsi="黑体"/>
          <w:b/>
          <w:sz w:val="44"/>
        </w:rPr>
        <w:lastRenderedPageBreak/>
        <w:t>杭州高新开发区（滨江）劳动人事争议仲裁委员会</w:t>
      </w:r>
    </w:p>
    <w:p w14:paraId="2664B061" w14:textId="77777777" w:rsidR="00BD4D54" w:rsidRDefault="00000000">
      <w:pPr>
        <w:spacing w:after="160" w:line="240" w:lineRule="auto"/>
        <w:jc w:val="center"/>
      </w:pPr>
      <w:proofErr w:type="gramStart"/>
      <w:r>
        <w:rPr>
          <w:rFonts w:ascii="黑体" w:eastAsia="黑体" w:hAnsi="黑体"/>
          <w:b/>
          <w:sz w:val="44"/>
        </w:rPr>
        <w:t>证  据</w:t>
      </w:r>
      <w:proofErr w:type="gramEnd"/>
      <w:r>
        <w:rPr>
          <w:rFonts w:ascii="黑体" w:eastAsia="黑体" w:hAnsi="黑体"/>
          <w:b/>
          <w:sz w:val="44"/>
        </w:rPr>
        <w:t xml:space="preserve">  </w:t>
      </w:r>
      <w:proofErr w:type="gramStart"/>
      <w:r>
        <w:rPr>
          <w:rFonts w:ascii="黑体" w:eastAsia="黑体" w:hAnsi="黑体"/>
          <w:b/>
          <w:sz w:val="44"/>
        </w:rPr>
        <w:t>清  单</w:t>
      </w:r>
      <w:proofErr w:type="gramEnd"/>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624"/>
        <w:gridCol w:w="2665"/>
        <w:gridCol w:w="907"/>
        <w:gridCol w:w="1134"/>
        <w:gridCol w:w="2324"/>
        <w:gridCol w:w="2324"/>
      </w:tblGrid>
      <w:tr w:rsidR="00BD4D54" w14:paraId="3A1B06DA" w14:textId="77777777">
        <w:trPr>
          <w:jc w:val="center"/>
        </w:trPr>
        <w:tc>
          <w:tcPr>
            <w:tcW w:w="624" w:type="dxa"/>
            <w:tcMar>
              <w:top w:w="40" w:type="dxa"/>
              <w:left w:w="70" w:type="dxa"/>
              <w:bottom w:w="40" w:type="dxa"/>
              <w:right w:w="70" w:type="dxa"/>
            </w:tcMar>
            <w:vAlign w:val="center"/>
          </w:tcPr>
          <w:p w14:paraId="7FCF394C" w14:textId="77777777" w:rsidR="00BD4D54" w:rsidRDefault="00000000">
            <w:pPr>
              <w:spacing w:after="0" w:line="240" w:lineRule="auto"/>
              <w:jc w:val="center"/>
            </w:pPr>
            <w:r>
              <w:rPr>
                <w:sz w:val="25"/>
              </w:rPr>
              <w:t>编</w:t>
            </w:r>
            <w:r>
              <w:rPr>
                <w:sz w:val="25"/>
              </w:rPr>
              <w:br/>
              <w:t>号</w:t>
            </w:r>
          </w:p>
        </w:tc>
        <w:tc>
          <w:tcPr>
            <w:tcW w:w="2665" w:type="dxa"/>
            <w:tcMar>
              <w:top w:w="40" w:type="dxa"/>
              <w:left w:w="70" w:type="dxa"/>
              <w:bottom w:w="40" w:type="dxa"/>
              <w:right w:w="70" w:type="dxa"/>
            </w:tcMar>
            <w:vAlign w:val="center"/>
          </w:tcPr>
          <w:p w14:paraId="4BD6246D" w14:textId="77777777" w:rsidR="00BD4D54" w:rsidRDefault="00000000">
            <w:pPr>
              <w:spacing w:after="0" w:line="240" w:lineRule="auto"/>
              <w:jc w:val="center"/>
            </w:pPr>
            <w:proofErr w:type="spellStart"/>
            <w:r>
              <w:rPr>
                <w:sz w:val="25"/>
              </w:rPr>
              <w:t>证据名称</w:t>
            </w:r>
            <w:proofErr w:type="spellEnd"/>
          </w:p>
        </w:tc>
        <w:tc>
          <w:tcPr>
            <w:tcW w:w="907" w:type="dxa"/>
            <w:tcMar>
              <w:top w:w="40" w:type="dxa"/>
              <w:left w:w="70" w:type="dxa"/>
              <w:bottom w:w="40" w:type="dxa"/>
              <w:right w:w="70" w:type="dxa"/>
            </w:tcMar>
            <w:vAlign w:val="center"/>
          </w:tcPr>
          <w:p w14:paraId="71404156" w14:textId="77777777" w:rsidR="00BD4D54" w:rsidRDefault="00000000">
            <w:pPr>
              <w:spacing w:after="0" w:line="240" w:lineRule="auto"/>
              <w:jc w:val="center"/>
            </w:pPr>
            <w:r>
              <w:rPr>
                <w:sz w:val="25"/>
              </w:rPr>
              <w:t>页</w:t>
            </w:r>
            <w:r>
              <w:rPr>
                <w:sz w:val="25"/>
              </w:rPr>
              <w:br/>
              <w:t>数</w:t>
            </w:r>
          </w:p>
        </w:tc>
        <w:tc>
          <w:tcPr>
            <w:tcW w:w="1134" w:type="dxa"/>
            <w:tcMar>
              <w:top w:w="40" w:type="dxa"/>
              <w:left w:w="70" w:type="dxa"/>
              <w:bottom w:w="40" w:type="dxa"/>
              <w:right w:w="70" w:type="dxa"/>
            </w:tcMar>
            <w:vAlign w:val="center"/>
          </w:tcPr>
          <w:p w14:paraId="491774FB" w14:textId="77777777" w:rsidR="00BD4D54" w:rsidRDefault="00000000">
            <w:pPr>
              <w:spacing w:after="0" w:line="240" w:lineRule="auto"/>
              <w:jc w:val="center"/>
            </w:pPr>
            <w:proofErr w:type="spellStart"/>
            <w:r>
              <w:rPr>
                <w:sz w:val="25"/>
              </w:rPr>
              <w:t>来源</w:t>
            </w:r>
            <w:proofErr w:type="spellEnd"/>
          </w:p>
        </w:tc>
        <w:tc>
          <w:tcPr>
            <w:tcW w:w="4648" w:type="dxa"/>
            <w:gridSpan w:val="2"/>
            <w:tcMar>
              <w:top w:w="40" w:type="dxa"/>
              <w:left w:w="70" w:type="dxa"/>
              <w:bottom w:w="40" w:type="dxa"/>
              <w:right w:w="70" w:type="dxa"/>
            </w:tcMar>
            <w:vAlign w:val="center"/>
          </w:tcPr>
          <w:p w14:paraId="23EF9B06" w14:textId="77777777" w:rsidR="00BD4D54" w:rsidRDefault="00000000">
            <w:pPr>
              <w:spacing w:after="0" w:line="288" w:lineRule="auto"/>
              <w:jc w:val="center"/>
            </w:pPr>
            <w:r>
              <w:rPr>
                <w:sz w:val="25"/>
              </w:rPr>
              <w:t>证 明</w:t>
            </w:r>
            <w:r>
              <w:rPr>
                <w:sz w:val="25"/>
              </w:rPr>
              <w:br/>
              <w:t>目 的</w:t>
            </w:r>
          </w:p>
        </w:tc>
      </w:tr>
      <w:tr w:rsidR="00BD4D54" w14:paraId="366EBEF9" w14:textId="77777777">
        <w:trPr>
          <w:trHeight w:val="567"/>
          <w:jc w:val="center"/>
        </w:trPr>
        <w:tc>
          <w:tcPr>
            <w:tcW w:w="624" w:type="dxa"/>
            <w:tcMar>
              <w:top w:w="40" w:type="dxa"/>
              <w:left w:w="70" w:type="dxa"/>
              <w:bottom w:w="40" w:type="dxa"/>
              <w:right w:w="70" w:type="dxa"/>
            </w:tcMar>
            <w:vAlign w:val="center"/>
          </w:tcPr>
          <w:p w14:paraId="39E2B296" w14:textId="77777777" w:rsidR="00BD4D54" w:rsidRDefault="00BD4D54">
            <w:pPr>
              <w:spacing w:after="0" w:line="240" w:lineRule="auto"/>
            </w:pPr>
          </w:p>
        </w:tc>
        <w:tc>
          <w:tcPr>
            <w:tcW w:w="2665" w:type="dxa"/>
            <w:tcMar>
              <w:top w:w="40" w:type="dxa"/>
              <w:left w:w="70" w:type="dxa"/>
              <w:bottom w:w="40" w:type="dxa"/>
              <w:right w:w="70" w:type="dxa"/>
            </w:tcMar>
            <w:vAlign w:val="center"/>
          </w:tcPr>
          <w:p w14:paraId="48E9F2B8" w14:textId="77777777" w:rsidR="00BD4D54" w:rsidRDefault="00BD4D54">
            <w:pPr>
              <w:spacing w:after="0" w:line="240" w:lineRule="auto"/>
            </w:pPr>
          </w:p>
        </w:tc>
        <w:tc>
          <w:tcPr>
            <w:tcW w:w="907" w:type="dxa"/>
            <w:tcMar>
              <w:top w:w="40" w:type="dxa"/>
              <w:left w:w="70" w:type="dxa"/>
              <w:bottom w:w="40" w:type="dxa"/>
              <w:right w:w="70" w:type="dxa"/>
            </w:tcMar>
            <w:vAlign w:val="center"/>
          </w:tcPr>
          <w:p w14:paraId="52114898" w14:textId="77777777" w:rsidR="00BD4D54" w:rsidRDefault="00BD4D54">
            <w:pPr>
              <w:spacing w:after="0" w:line="240" w:lineRule="auto"/>
            </w:pPr>
          </w:p>
        </w:tc>
        <w:tc>
          <w:tcPr>
            <w:tcW w:w="1134" w:type="dxa"/>
            <w:tcMar>
              <w:top w:w="40" w:type="dxa"/>
              <w:left w:w="70" w:type="dxa"/>
              <w:bottom w:w="40" w:type="dxa"/>
              <w:right w:w="70" w:type="dxa"/>
            </w:tcMar>
            <w:vAlign w:val="center"/>
          </w:tcPr>
          <w:p w14:paraId="7C1AE18E"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2E4C0BD5" w14:textId="77777777" w:rsidR="00BD4D54" w:rsidRDefault="00BD4D54">
            <w:pPr>
              <w:spacing w:after="0" w:line="240" w:lineRule="auto"/>
            </w:pPr>
          </w:p>
        </w:tc>
      </w:tr>
      <w:tr w:rsidR="00BD4D54" w14:paraId="657D26E6" w14:textId="77777777">
        <w:trPr>
          <w:trHeight w:val="567"/>
          <w:jc w:val="center"/>
        </w:trPr>
        <w:tc>
          <w:tcPr>
            <w:tcW w:w="624" w:type="dxa"/>
            <w:tcMar>
              <w:top w:w="40" w:type="dxa"/>
              <w:left w:w="70" w:type="dxa"/>
              <w:bottom w:w="40" w:type="dxa"/>
              <w:right w:w="70" w:type="dxa"/>
            </w:tcMar>
            <w:vAlign w:val="center"/>
          </w:tcPr>
          <w:p w14:paraId="51A13311" w14:textId="77777777" w:rsidR="00BD4D54" w:rsidRDefault="00BD4D54">
            <w:pPr>
              <w:spacing w:after="0" w:line="240" w:lineRule="auto"/>
            </w:pPr>
          </w:p>
        </w:tc>
        <w:tc>
          <w:tcPr>
            <w:tcW w:w="2665" w:type="dxa"/>
            <w:tcMar>
              <w:top w:w="40" w:type="dxa"/>
              <w:left w:w="70" w:type="dxa"/>
              <w:bottom w:w="40" w:type="dxa"/>
              <w:right w:w="70" w:type="dxa"/>
            </w:tcMar>
            <w:vAlign w:val="center"/>
          </w:tcPr>
          <w:p w14:paraId="3031007F" w14:textId="77777777" w:rsidR="00BD4D54" w:rsidRDefault="00BD4D54">
            <w:pPr>
              <w:spacing w:after="0" w:line="240" w:lineRule="auto"/>
            </w:pPr>
          </w:p>
        </w:tc>
        <w:tc>
          <w:tcPr>
            <w:tcW w:w="907" w:type="dxa"/>
            <w:tcMar>
              <w:top w:w="40" w:type="dxa"/>
              <w:left w:w="70" w:type="dxa"/>
              <w:bottom w:w="40" w:type="dxa"/>
              <w:right w:w="70" w:type="dxa"/>
            </w:tcMar>
            <w:vAlign w:val="center"/>
          </w:tcPr>
          <w:p w14:paraId="62ECE280" w14:textId="77777777" w:rsidR="00BD4D54" w:rsidRDefault="00BD4D54">
            <w:pPr>
              <w:spacing w:after="0" w:line="240" w:lineRule="auto"/>
            </w:pPr>
          </w:p>
        </w:tc>
        <w:tc>
          <w:tcPr>
            <w:tcW w:w="1134" w:type="dxa"/>
            <w:tcMar>
              <w:top w:w="40" w:type="dxa"/>
              <w:left w:w="70" w:type="dxa"/>
              <w:bottom w:w="40" w:type="dxa"/>
              <w:right w:w="70" w:type="dxa"/>
            </w:tcMar>
            <w:vAlign w:val="center"/>
          </w:tcPr>
          <w:p w14:paraId="34BA2496"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641A7165" w14:textId="77777777" w:rsidR="00BD4D54" w:rsidRDefault="00BD4D54">
            <w:pPr>
              <w:spacing w:after="0" w:line="240" w:lineRule="auto"/>
            </w:pPr>
          </w:p>
        </w:tc>
      </w:tr>
      <w:tr w:rsidR="00BD4D54" w14:paraId="7835B312" w14:textId="77777777">
        <w:trPr>
          <w:trHeight w:val="567"/>
          <w:jc w:val="center"/>
        </w:trPr>
        <w:tc>
          <w:tcPr>
            <w:tcW w:w="624" w:type="dxa"/>
            <w:tcMar>
              <w:top w:w="40" w:type="dxa"/>
              <w:left w:w="70" w:type="dxa"/>
              <w:bottom w:w="40" w:type="dxa"/>
              <w:right w:w="70" w:type="dxa"/>
            </w:tcMar>
            <w:vAlign w:val="center"/>
          </w:tcPr>
          <w:p w14:paraId="0D4A4563" w14:textId="77777777" w:rsidR="00BD4D54" w:rsidRDefault="00BD4D54">
            <w:pPr>
              <w:spacing w:after="0" w:line="240" w:lineRule="auto"/>
            </w:pPr>
          </w:p>
        </w:tc>
        <w:tc>
          <w:tcPr>
            <w:tcW w:w="2665" w:type="dxa"/>
            <w:tcMar>
              <w:top w:w="40" w:type="dxa"/>
              <w:left w:w="70" w:type="dxa"/>
              <w:bottom w:w="40" w:type="dxa"/>
              <w:right w:w="70" w:type="dxa"/>
            </w:tcMar>
            <w:vAlign w:val="center"/>
          </w:tcPr>
          <w:p w14:paraId="755495CB" w14:textId="77777777" w:rsidR="00BD4D54" w:rsidRDefault="00BD4D54">
            <w:pPr>
              <w:spacing w:after="0" w:line="240" w:lineRule="auto"/>
            </w:pPr>
          </w:p>
        </w:tc>
        <w:tc>
          <w:tcPr>
            <w:tcW w:w="907" w:type="dxa"/>
            <w:tcMar>
              <w:top w:w="40" w:type="dxa"/>
              <w:left w:w="70" w:type="dxa"/>
              <w:bottom w:w="40" w:type="dxa"/>
              <w:right w:w="70" w:type="dxa"/>
            </w:tcMar>
            <w:vAlign w:val="center"/>
          </w:tcPr>
          <w:p w14:paraId="49037ABE" w14:textId="77777777" w:rsidR="00BD4D54" w:rsidRDefault="00BD4D54">
            <w:pPr>
              <w:spacing w:after="0" w:line="240" w:lineRule="auto"/>
            </w:pPr>
          </w:p>
        </w:tc>
        <w:tc>
          <w:tcPr>
            <w:tcW w:w="1134" w:type="dxa"/>
            <w:tcMar>
              <w:top w:w="40" w:type="dxa"/>
              <w:left w:w="70" w:type="dxa"/>
              <w:bottom w:w="40" w:type="dxa"/>
              <w:right w:w="70" w:type="dxa"/>
            </w:tcMar>
            <w:vAlign w:val="center"/>
          </w:tcPr>
          <w:p w14:paraId="25889761"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04241B3D" w14:textId="77777777" w:rsidR="00BD4D54" w:rsidRDefault="00BD4D54">
            <w:pPr>
              <w:spacing w:after="0" w:line="240" w:lineRule="auto"/>
            </w:pPr>
          </w:p>
        </w:tc>
      </w:tr>
      <w:tr w:rsidR="00BD4D54" w14:paraId="469857CE" w14:textId="77777777">
        <w:trPr>
          <w:trHeight w:val="567"/>
          <w:jc w:val="center"/>
        </w:trPr>
        <w:tc>
          <w:tcPr>
            <w:tcW w:w="624" w:type="dxa"/>
            <w:tcMar>
              <w:top w:w="40" w:type="dxa"/>
              <w:left w:w="70" w:type="dxa"/>
              <w:bottom w:w="40" w:type="dxa"/>
              <w:right w:w="70" w:type="dxa"/>
            </w:tcMar>
            <w:vAlign w:val="center"/>
          </w:tcPr>
          <w:p w14:paraId="3F23B76B" w14:textId="77777777" w:rsidR="00BD4D54" w:rsidRDefault="00BD4D54">
            <w:pPr>
              <w:spacing w:after="0" w:line="240" w:lineRule="auto"/>
            </w:pPr>
          </w:p>
        </w:tc>
        <w:tc>
          <w:tcPr>
            <w:tcW w:w="2665" w:type="dxa"/>
            <w:tcMar>
              <w:top w:w="40" w:type="dxa"/>
              <w:left w:w="70" w:type="dxa"/>
              <w:bottom w:w="40" w:type="dxa"/>
              <w:right w:w="70" w:type="dxa"/>
            </w:tcMar>
            <w:vAlign w:val="center"/>
          </w:tcPr>
          <w:p w14:paraId="584063B4" w14:textId="77777777" w:rsidR="00BD4D54" w:rsidRDefault="00BD4D54">
            <w:pPr>
              <w:spacing w:after="0" w:line="240" w:lineRule="auto"/>
            </w:pPr>
          </w:p>
        </w:tc>
        <w:tc>
          <w:tcPr>
            <w:tcW w:w="907" w:type="dxa"/>
            <w:tcMar>
              <w:top w:w="40" w:type="dxa"/>
              <w:left w:w="70" w:type="dxa"/>
              <w:bottom w:w="40" w:type="dxa"/>
              <w:right w:w="70" w:type="dxa"/>
            </w:tcMar>
            <w:vAlign w:val="center"/>
          </w:tcPr>
          <w:p w14:paraId="393DD672" w14:textId="77777777" w:rsidR="00BD4D54" w:rsidRDefault="00BD4D54">
            <w:pPr>
              <w:spacing w:after="0" w:line="240" w:lineRule="auto"/>
            </w:pPr>
          </w:p>
        </w:tc>
        <w:tc>
          <w:tcPr>
            <w:tcW w:w="1134" w:type="dxa"/>
            <w:tcMar>
              <w:top w:w="40" w:type="dxa"/>
              <w:left w:w="70" w:type="dxa"/>
              <w:bottom w:w="40" w:type="dxa"/>
              <w:right w:w="70" w:type="dxa"/>
            </w:tcMar>
            <w:vAlign w:val="center"/>
          </w:tcPr>
          <w:p w14:paraId="14589607"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25805061" w14:textId="77777777" w:rsidR="00BD4D54" w:rsidRDefault="00BD4D54">
            <w:pPr>
              <w:spacing w:after="0" w:line="240" w:lineRule="auto"/>
            </w:pPr>
          </w:p>
        </w:tc>
      </w:tr>
      <w:tr w:rsidR="00BD4D54" w14:paraId="26194D21" w14:textId="77777777">
        <w:trPr>
          <w:trHeight w:val="567"/>
          <w:jc w:val="center"/>
        </w:trPr>
        <w:tc>
          <w:tcPr>
            <w:tcW w:w="624" w:type="dxa"/>
            <w:tcMar>
              <w:top w:w="40" w:type="dxa"/>
              <w:left w:w="70" w:type="dxa"/>
              <w:bottom w:w="40" w:type="dxa"/>
              <w:right w:w="70" w:type="dxa"/>
            </w:tcMar>
            <w:vAlign w:val="center"/>
          </w:tcPr>
          <w:p w14:paraId="5D6D4703" w14:textId="77777777" w:rsidR="00BD4D54" w:rsidRDefault="00BD4D54">
            <w:pPr>
              <w:spacing w:after="0" w:line="240" w:lineRule="auto"/>
            </w:pPr>
          </w:p>
        </w:tc>
        <w:tc>
          <w:tcPr>
            <w:tcW w:w="2665" w:type="dxa"/>
            <w:tcMar>
              <w:top w:w="40" w:type="dxa"/>
              <w:left w:w="70" w:type="dxa"/>
              <w:bottom w:w="40" w:type="dxa"/>
              <w:right w:w="70" w:type="dxa"/>
            </w:tcMar>
            <w:vAlign w:val="center"/>
          </w:tcPr>
          <w:p w14:paraId="444A1B60" w14:textId="77777777" w:rsidR="00BD4D54" w:rsidRDefault="00BD4D54">
            <w:pPr>
              <w:spacing w:after="0" w:line="240" w:lineRule="auto"/>
            </w:pPr>
          </w:p>
        </w:tc>
        <w:tc>
          <w:tcPr>
            <w:tcW w:w="907" w:type="dxa"/>
            <w:tcMar>
              <w:top w:w="40" w:type="dxa"/>
              <w:left w:w="70" w:type="dxa"/>
              <w:bottom w:w="40" w:type="dxa"/>
              <w:right w:w="70" w:type="dxa"/>
            </w:tcMar>
            <w:vAlign w:val="center"/>
          </w:tcPr>
          <w:p w14:paraId="6A09112E" w14:textId="77777777" w:rsidR="00BD4D54" w:rsidRDefault="00BD4D54">
            <w:pPr>
              <w:spacing w:after="0" w:line="240" w:lineRule="auto"/>
            </w:pPr>
          </w:p>
        </w:tc>
        <w:tc>
          <w:tcPr>
            <w:tcW w:w="1134" w:type="dxa"/>
            <w:tcMar>
              <w:top w:w="40" w:type="dxa"/>
              <w:left w:w="70" w:type="dxa"/>
              <w:bottom w:w="40" w:type="dxa"/>
              <w:right w:w="70" w:type="dxa"/>
            </w:tcMar>
            <w:vAlign w:val="center"/>
          </w:tcPr>
          <w:p w14:paraId="78E513B5"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07320C94" w14:textId="77777777" w:rsidR="00BD4D54" w:rsidRDefault="00BD4D54">
            <w:pPr>
              <w:spacing w:after="0" w:line="240" w:lineRule="auto"/>
            </w:pPr>
          </w:p>
        </w:tc>
      </w:tr>
      <w:tr w:rsidR="00BD4D54" w14:paraId="0C718433" w14:textId="77777777">
        <w:trPr>
          <w:trHeight w:val="567"/>
          <w:jc w:val="center"/>
        </w:trPr>
        <w:tc>
          <w:tcPr>
            <w:tcW w:w="624" w:type="dxa"/>
            <w:tcMar>
              <w:top w:w="40" w:type="dxa"/>
              <w:left w:w="70" w:type="dxa"/>
              <w:bottom w:w="40" w:type="dxa"/>
              <w:right w:w="70" w:type="dxa"/>
            </w:tcMar>
            <w:vAlign w:val="center"/>
          </w:tcPr>
          <w:p w14:paraId="33B0A9C7" w14:textId="77777777" w:rsidR="00BD4D54" w:rsidRDefault="00BD4D54">
            <w:pPr>
              <w:spacing w:after="0" w:line="240" w:lineRule="auto"/>
            </w:pPr>
          </w:p>
        </w:tc>
        <w:tc>
          <w:tcPr>
            <w:tcW w:w="2665" w:type="dxa"/>
            <w:tcMar>
              <w:top w:w="40" w:type="dxa"/>
              <w:left w:w="70" w:type="dxa"/>
              <w:bottom w:w="40" w:type="dxa"/>
              <w:right w:w="70" w:type="dxa"/>
            </w:tcMar>
            <w:vAlign w:val="center"/>
          </w:tcPr>
          <w:p w14:paraId="1B6E1960" w14:textId="77777777" w:rsidR="00BD4D54" w:rsidRDefault="00BD4D54">
            <w:pPr>
              <w:spacing w:after="0" w:line="240" w:lineRule="auto"/>
            </w:pPr>
          </w:p>
        </w:tc>
        <w:tc>
          <w:tcPr>
            <w:tcW w:w="907" w:type="dxa"/>
            <w:tcMar>
              <w:top w:w="40" w:type="dxa"/>
              <w:left w:w="70" w:type="dxa"/>
              <w:bottom w:w="40" w:type="dxa"/>
              <w:right w:w="70" w:type="dxa"/>
            </w:tcMar>
            <w:vAlign w:val="center"/>
          </w:tcPr>
          <w:p w14:paraId="69D048CC" w14:textId="77777777" w:rsidR="00BD4D54" w:rsidRDefault="00BD4D54">
            <w:pPr>
              <w:spacing w:after="0" w:line="240" w:lineRule="auto"/>
            </w:pPr>
          </w:p>
        </w:tc>
        <w:tc>
          <w:tcPr>
            <w:tcW w:w="1134" w:type="dxa"/>
            <w:tcMar>
              <w:top w:w="40" w:type="dxa"/>
              <w:left w:w="70" w:type="dxa"/>
              <w:bottom w:w="40" w:type="dxa"/>
              <w:right w:w="70" w:type="dxa"/>
            </w:tcMar>
            <w:vAlign w:val="center"/>
          </w:tcPr>
          <w:p w14:paraId="76859A8A"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7E869791" w14:textId="77777777" w:rsidR="00BD4D54" w:rsidRDefault="00BD4D54">
            <w:pPr>
              <w:spacing w:after="0" w:line="240" w:lineRule="auto"/>
            </w:pPr>
          </w:p>
        </w:tc>
      </w:tr>
      <w:tr w:rsidR="00BD4D54" w14:paraId="2E743A14" w14:textId="77777777">
        <w:trPr>
          <w:trHeight w:val="567"/>
          <w:jc w:val="center"/>
        </w:trPr>
        <w:tc>
          <w:tcPr>
            <w:tcW w:w="624" w:type="dxa"/>
            <w:tcMar>
              <w:top w:w="40" w:type="dxa"/>
              <w:left w:w="70" w:type="dxa"/>
              <w:bottom w:w="40" w:type="dxa"/>
              <w:right w:w="70" w:type="dxa"/>
            </w:tcMar>
            <w:vAlign w:val="center"/>
          </w:tcPr>
          <w:p w14:paraId="79E94901" w14:textId="77777777" w:rsidR="00BD4D54" w:rsidRDefault="00BD4D54">
            <w:pPr>
              <w:spacing w:after="0" w:line="240" w:lineRule="auto"/>
            </w:pPr>
          </w:p>
        </w:tc>
        <w:tc>
          <w:tcPr>
            <w:tcW w:w="2665" w:type="dxa"/>
            <w:tcMar>
              <w:top w:w="40" w:type="dxa"/>
              <w:left w:w="70" w:type="dxa"/>
              <w:bottom w:w="40" w:type="dxa"/>
              <w:right w:w="70" w:type="dxa"/>
            </w:tcMar>
            <w:vAlign w:val="center"/>
          </w:tcPr>
          <w:p w14:paraId="05A29936" w14:textId="77777777" w:rsidR="00BD4D54" w:rsidRDefault="00BD4D54">
            <w:pPr>
              <w:spacing w:after="0" w:line="240" w:lineRule="auto"/>
            </w:pPr>
          </w:p>
        </w:tc>
        <w:tc>
          <w:tcPr>
            <w:tcW w:w="907" w:type="dxa"/>
            <w:tcMar>
              <w:top w:w="40" w:type="dxa"/>
              <w:left w:w="70" w:type="dxa"/>
              <w:bottom w:w="40" w:type="dxa"/>
              <w:right w:w="70" w:type="dxa"/>
            </w:tcMar>
            <w:vAlign w:val="center"/>
          </w:tcPr>
          <w:p w14:paraId="49DC6B2F" w14:textId="77777777" w:rsidR="00BD4D54" w:rsidRDefault="00BD4D54">
            <w:pPr>
              <w:spacing w:after="0" w:line="240" w:lineRule="auto"/>
            </w:pPr>
          </w:p>
        </w:tc>
        <w:tc>
          <w:tcPr>
            <w:tcW w:w="1134" w:type="dxa"/>
            <w:tcMar>
              <w:top w:w="40" w:type="dxa"/>
              <w:left w:w="70" w:type="dxa"/>
              <w:bottom w:w="40" w:type="dxa"/>
              <w:right w:w="70" w:type="dxa"/>
            </w:tcMar>
            <w:vAlign w:val="center"/>
          </w:tcPr>
          <w:p w14:paraId="2808B741"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716AEF88" w14:textId="77777777" w:rsidR="00BD4D54" w:rsidRDefault="00BD4D54">
            <w:pPr>
              <w:spacing w:after="0" w:line="240" w:lineRule="auto"/>
            </w:pPr>
          </w:p>
        </w:tc>
      </w:tr>
      <w:tr w:rsidR="00BD4D54" w14:paraId="5DE1B6C1" w14:textId="77777777">
        <w:trPr>
          <w:trHeight w:val="567"/>
          <w:jc w:val="center"/>
        </w:trPr>
        <w:tc>
          <w:tcPr>
            <w:tcW w:w="624" w:type="dxa"/>
            <w:tcMar>
              <w:top w:w="40" w:type="dxa"/>
              <w:left w:w="70" w:type="dxa"/>
              <w:bottom w:w="40" w:type="dxa"/>
              <w:right w:w="70" w:type="dxa"/>
            </w:tcMar>
            <w:vAlign w:val="center"/>
          </w:tcPr>
          <w:p w14:paraId="3BE4ECE7" w14:textId="77777777" w:rsidR="00BD4D54" w:rsidRDefault="00BD4D54">
            <w:pPr>
              <w:spacing w:after="0" w:line="240" w:lineRule="auto"/>
            </w:pPr>
          </w:p>
        </w:tc>
        <w:tc>
          <w:tcPr>
            <w:tcW w:w="2665" w:type="dxa"/>
            <w:tcMar>
              <w:top w:w="40" w:type="dxa"/>
              <w:left w:w="70" w:type="dxa"/>
              <w:bottom w:w="40" w:type="dxa"/>
              <w:right w:w="70" w:type="dxa"/>
            </w:tcMar>
            <w:vAlign w:val="center"/>
          </w:tcPr>
          <w:p w14:paraId="58613960" w14:textId="77777777" w:rsidR="00BD4D54" w:rsidRDefault="00BD4D54">
            <w:pPr>
              <w:spacing w:after="0" w:line="240" w:lineRule="auto"/>
            </w:pPr>
          </w:p>
        </w:tc>
        <w:tc>
          <w:tcPr>
            <w:tcW w:w="907" w:type="dxa"/>
            <w:tcMar>
              <w:top w:w="40" w:type="dxa"/>
              <w:left w:w="70" w:type="dxa"/>
              <w:bottom w:w="40" w:type="dxa"/>
              <w:right w:w="70" w:type="dxa"/>
            </w:tcMar>
            <w:vAlign w:val="center"/>
          </w:tcPr>
          <w:p w14:paraId="24E30173" w14:textId="77777777" w:rsidR="00BD4D54" w:rsidRDefault="00BD4D54">
            <w:pPr>
              <w:spacing w:after="0" w:line="240" w:lineRule="auto"/>
            </w:pPr>
          </w:p>
        </w:tc>
        <w:tc>
          <w:tcPr>
            <w:tcW w:w="1134" w:type="dxa"/>
            <w:tcMar>
              <w:top w:w="40" w:type="dxa"/>
              <w:left w:w="70" w:type="dxa"/>
              <w:bottom w:w="40" w:type="dxa"/>
              <w:right w:w="70" w:type="dxa"/>
            </w:tcMar>
            <w:vAlign w:val="center"/>
          </w:tcPr>
          <w:p w14:paraId="33BB6FFF"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38C44D99" w14:textId="77777777" w:rsidR="00BD4D54" w:rsidRDefault="00BD4D54">
            <w:pPr>
              <w:spacing w:after="0" w:line="240" w:lineRule="auto"/>
            </w:pPr>
          </w:p>
        </w:tc>
      </w:tr>
      <w:tr w:rsidR="00BD4D54" w14:paraId="45DDBEDE" w14:textId="77777777">
        <w:trPr>
          <w:trHeight w:val="567"/>
          <w:jc w:val="center"/>
        </w:trPr>
        <w:tc>
          <w:tcPr>
            <w:tcW w:w="624" w:type="dxa"/>
            <w:tcMar>
              <w:top w:w="40" w:type="dxa"/>
              <w:left w:w="70" w:type="dxa"/>
              <w:bottom w:w="40" w:type="dxa"/>
              <w:right w:w="70" w:type="dxa"/>
            </w:tcMar>
            <w:vAlign w:val="center"/>
          </w:tcPr>
          <w:p w14:paraId="372CF197" w14:textId="77777777" w:rsidR="00BD4D54" w:rsidRDefault="00BD4D54">
            <w:pPr>
              <w:spacing w:after="0" w:line="240" w:lineRule="auto"/>
            </w:pPr>
          </w:p>
        </w:tc>
        <w:tc>
          <w:tcPr>
            <w:tcW w:w="2665" w:type="dxa"/>
            <w:tcMar>
              <w:top w:w="40" w:type="dxa"/>
              <w:left w:w="70" w:type="dxa"/>
              <w:bottom w:w="40" w:type="dxa"/>
              <w:right w:w="70" w:type="dxa"/>
            </w:tcMar>
            <w:vAlign w:val="center"/>
          </w:tcPr>
          <w:p w14:paraId="523D01C6" w14:textId="77777777" w:rsidR="00BD4D54" w:rsidRDefault="00BD4D54">
            <w:pPr>
              <w:spacing w:after="0" w:line="240" w:lineRule="auto"/>
            </w:pPr>
          </w:p>
        </w:tc>
        <w:tc>
          <w:tcPr>
            <w:tcW w:w="907" w:type="dxa"/>
            <w:tcMar>
              <w:top w:w="40" w:type="dxa"/>
              <w:left w:w="70" w:type="dxa"/>
              <w:bottom w:w="40" w:type="dxa"/>
              <w:right w:w="70" w:type="dxa"/>
            </w:tcMar>
            <w:vAlign w:val="center"/>
          </w:tcPr>
          <w:p w14:paraId="0979F38E" w14:textId="77777777" w:rsidR="00BD4D54" w:rsidRDefault="00BD4D54">
            <w:pPr>
              <w:spacing w:after="0" w:line="240" w:lineRule="auto"/>
            </w:pPr>
          </w:p>
        </w:tc>
        <w:tc>
          <w:tcPr>
            <w:tcW w:w="1134" w:type="dxa"/>
            <w:tcMar>
              <w:top w:w="40" w:type="dxa"/>
              <w:left w:w="70" w:type="dxa"/>
              <w:bottom w:w="40" w:type="dxa"/>
              <w:right w:w="70" w:type="dxa"/>
            </w:tcMar>
            <w:vAlign w:val="center"/>
          </w:tcPr>
          <w:p w14:paraId="26815445"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4A8AB20F" w14:textId="77777777" w:rsidR="00BD4D54" w:rsidRDefault="00BD4D54">
            <w:pPr>
              <w:spacing w:after="0" w:line="240" w:lineRule="auto"/>
            </w:pPr>
          </w:p>
        </w:tc>
      </w:tr>
      <w:tr w:rsidR="00BD4D54" w14:paraId="3CD0F15C" w14:textId="77777777">
        <w:trPr>
          <w:trHeight w:val="567"/>
          <w:jc w:val="center"/>
        </w:trPr>
        <w:tc>
          <w:tcPr>
            <w:tcW w:w="624" w:type="dxa"/>
            <w:tcMar>
              <w:top w:w="40" w:type="dxa"/>
              <w:left w:w="70" w:type="dxa"/>
              <w:bottom w:w="40" w:type="dxa"/>
              <w:right w:w="70" w:type="dxa"/>
            </w:tcMar>
            <w:vAlign w:val="center"/>
          </w:tcPr>
          <w:p w14:paraId="66F0272F" w14:textId="77777777" w:rsidR="00BD4D54" w:rsidRDefault="00BD4D54">
            <w:pPr>
              <w:spacing w:after="0" w:line="240" w:lineRule="auto"/>
            </w:pPr>
          </w:p>
        </w:tc>
        <w:tc>
          <w:tcPr>
            <w:tcW w:w="2665" w:type="dxa"/>
            <w:tcMar>
              <w:top w:w="40" w:type="dxa"/>
              <w:left w:w="70" w:type="dxa"/>
              <w:bottom w:w="40" w:type="dxa"/>
              <w:right w:w="70" w:type="dxa"/>
            </w:tcMar>
            <w:vAlign w:val="center"/>
          </w:tcPr>
          <w:p w14:paraId="261C1C6E" w14:textId="77777777" w:rsidR="00BD4D54" w:rsidRDefault="00BD4D54">
            <w:pPr>
              <w:spacing w:after="0" w:line="240" w:lineRule="auto"/>
            </w:pPr>
          </w:p>
        </w:tc>
        <w:tc>
          <w:tcPr>
            <w:tcW w:w="907" w:type="dxa"/>
            <w:tcMar>
              <w:top w:w="40" w:type="dxa"/>
              <w:left w:w="70" w:type="dxa"/>
              <w:bottom w:w="40" w:type="dxa"/>
              <w:right w:w="70" w:type="dxa"/>
            </w:tcMar>
            <w:vAlign w:val="center"/>
          </w:tcPr>
          <w:p w14:paraId="1F7B6016" w14:textId="77777777" w:rsidR="00BD4D54" w:rsidRDefault="00BD4D54">
            <w:pPr>
              <w:spacing w:after="0" w:line="240" w:lineRule="auto"/>
            </w:pPr>
          </w:p>
        </w:tc>
        <w:tc>
          <w:tcPr>
            <w:tcW w:w="1134" w:type="dxa"/>
            <w:tcMar>
              <w:top w:w="40" w:type="dxa"/>
              <w:left w:w="70" w:type="dxa"/>
              <w:bottom w:w="40" w:type="dxa"/>
              <w:right w:w="70" w:type="dxa"/>
            </w:tcMar>
            <w:vAlign w:val="center"/>
          </w:tcPr>
          <w:p w14:paraId="5B21E157"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3DCEAD08" w14:textId="77777777" w:rsidR="00BD4D54" w:rsidRDefault="00BD4D54">
            <w:pPr>
              <w:spacing w:after="0" w:line="240" w:lineRule="auto"/>
            </w:pPr>
          </w:p>
        </w:tc>
      </w:tr>
      <w:tr w:rsidR="00BD4D54" w14:paraId="6CAFFFD6" w14:textId="77777777">
        <w:trPr>
          <w:trHeight w:val="567"/>
          <w:jc w:val="center"/>
        </w:trPr>
        <w:tc>
          <w:tcPr>
            <w:tcW w:w="624" w:type="dxa"/>
            <w:tcMar>
              <w:top w:w="40" w:type="dxa"/>
              <w:left w:w="70" w:type="dxa"/>
              <w:bottom w:w="40" w:type="dxa"/>
              <w:right w:w="70" w:type="dxa"/>
            </w:tcMar>
            <w:vAlign w:val="center"/>
          </w:tcPr>
          <w:p w14:paraId="36C82E04" w14:textId="77777777" w:rsidR="00BD4D54" w:rsidRDefault="00BD4D54">
            <w:pPr>
              <w:spacing w:after="0" w:line="240" w:lineRule="auto"/>
            </w:pPr>
          </w:p>
        </w:tc>
        <w:tc>
          <w:tcPr>
            <w:tcW w:w="2665" w:type="dxa"/>
            <w:tcMar>
              <w:top w:w="40" w:type="dxa"/>
              <w:left w:w="70" w:type="dxa"/>
              <w:bottom w:w="40" w:type="dxa"/>
              <w:right w:w="70" w:type="dxa"/>
            </w:tcMar>
            <w:vAlign w:val="center"/>
          </w:tcPr>
          <w:p w14:paraId="389A0FE4" w14:textId="77777777" w:rsidR="00BD4D54" w:rsidRDefault="00BD4D54">
            <w:pPr>
              <w:spacing w:after="0" w:line="240" w:lineRule="auto"/>
            </w:pPr>
          </w:p>
        </w:tc>
        <w:tc>
          <w:tcPr>
            <w:tcW w:w="907" w:type="dxa"/>
            <w:tcMar>
              <w:top w:w="40" w:type="dxa"/>
              <w:left w:w="70" w:type="dxa"/>
              <w:bottom w:w="40" w:type="dxa"/>
              <w:right w:w="70" w:type="dxa"/>
            </w:tcMar>
            <w:vAlign w:val="center"/>
          </w:tcPr>
          <w:p w14:paraId="09607FC3" w14:textId="77777777" w:rsidR="00BD4D54" w:rsidRDefault="00BD4D54">
            <w:pPr>
              <w:spacing w:after="0" w:line="240" w:lineRule="auto"/>
            </w:pPr>
          </w:p>
        </w:tc>
        <w:tc>
          <w:tcPr>
            <w:tcW w:w="1134" w:type="dxa"/>
            <w:tcMar>
              <w:top w:w="40" w:type="dxa"/>
              <w:left w:w="70" w:type="dxa"/>
              <w:bottom w:w="40" w:type="dxa"/>
              <w:right w:w="70" w:type="dxa"/>
            </w:tcMar>
            <w:vAlign w:val="center"/>
          </w:tcPr>
          <w:p w14:paraId="56121ED3"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10356D55" w14:textId="77777777" w:rsidR="00BD4D54" w:rsidRDefault="00BD4D54">
            <w:pPr>
              <w:spacing w:after="0" w:line="240" w:lineRule="auto"/>
            </w:pPr>
          </w:p>
        </w:tc>
      </w:tr>
      <w:tr w:rsidR="00BD4D54" w14:paraId="283A65E3" w14:textId="77777777">
        <w:trPr>
          <w:trHeight w:val="567"/>
          <w:jc w:val="center"/>
        </w:trPr>
        <w:tc>
          <w:tcPr>
            <w:tcW w:w="624" w:type="dxa"/>
            <w:tcMar>
              <w:top w:w="40" w:type="dxa"/>
              <w:left w:w="70" w:type="dxa"/>
              <w:bottom w:w="40" w:type="dxa"/>
              <w:right w:w="70" w:type="dxa"/>
            </w:tcMar>
            <w:vAlign w:val="center"/>
          </w:tcPr>
          <w:p w14:paraId="36F6AA28" w14:textId="77777777" w:rsidR="00BD4D54" w:rsidRDefault="00BD4D54">
            <w:pPr>
              <w:spacing w:after="0" w:line="240" w:lineRule="auto"/>
            </w:pPr>
          </w:p>
        </w:tc>
        <w:tc>
          <w:tcPr>
            <w:tcW w:w="2665" w:type="dxa"/>
            <w:tcMar>
              <w:top w:w="40" w:type="dxa"/>
              <w:left w:w="70" w:type="dxa"/>
              <w:bottom w:w="40" w:type="dxa"/>
              <w:right w:w="70" w:type="dxa"/>
            </w:tcMar>
            <w:vAlign w:val="center"/>
          </w:tcPr>
          <w:p w14:paraId="2FEA8C49" w14:textId="77777777" w:rsidR="00BD4D54" w:rsidRDefault="00BD4D54">
            <w:pPr>
              <w:spacing w:after="0" w:line="240" w:lineRule="auto"/>
            </w:pPr>
          </w:p>
        </w:tc>
        <w:tc>
          <w:tcPr>
            <w:tcW w:w="907" w:type="dxa"/>
            <w:tcMar>
              <w:top w:w="40" w:type="dxa"/>
              <w:left w:w="70" w:type="dxa"/>
              <w:bottom w:w="40" w:type="dxa"/>
              <w:right w:w="70" w:type="dxa"/>
            </w:tcMar>
            <w:vAlign w:val="center"/>
          </w:tcPr>
          <w:p w14:paraId="5414987F" w14:textId="77777777" w:rsidR="00BD4D54" w:rsidRDefault="00BD4D54">
            <w:pPr>
              <w:spacing w:after="0" w:line="240" w:lineRule="auto"/>
            </w:pPr>
          </w:p>
        </w:tc>
        <w:tc>
          <w:tcPr>
            <w:tcW w:w="1134" w:type="dxa"/>
            <w:tcMar>
              <w:top w:w="40" w:type="dxa"/>
              <w:left w:w="70" w:type="dxa"/>
              <w:bottom w:w="40" w:type="dxa"/>
              <w:right w:w="70" w:type="dxa"/>
            </w:tcMar>
            <w:vAlign w:val="center"/>
          </w:tcPr>
          <w:p w14:paraId="352B2105"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529E9156" w14:textId="77777777" w:rsidR="00BD4D54" w:rsidRDefault="00BD4D54">
            <w:pPr>
              <w:spacing w:after="0" w:line="240" w:lineRule="auto"/>
            </w:pPr>
          </w:p>
        </w:tc>
      </w:tr>
      <w:tr w:rsidR="00BD4D54" w14:paraId="7C1A4B84" w14:textId="77777777">
        <w:trPr>
          <w:trHeight w:val="567"/>
          <w:jc w:val="center"/>
        </w:trPr>
        <w:tc>
          <w:tcPr>
            <w:tcW w:w="624" w:type="dxa"/>
            <w:tcMar>
              <w:top w:w="40" w:type="dxa"/>
              <w:left w:w="70" w:type="dxa"/>
              <w:bottom w:w="40" w:type="dxa"/>
              <w:right w:w="70" w:type="dxa"/>
            </w:tcMar>
            <w:vAlign w:val="center"/>
          </w:tcPr>
          <w:p w14:paraId="6363808B" w14:textId="77777777" w:rsidR="00BD4D54" w:rsidRDefault="00BD4D54">
            <w:pPr>
              <w:spacing w:after="0" w:line="240" w:lineRule="auto"/>
            </w:pPr>
          </w:p>
        </w:tc>
        <w:tc>
          <w:tcPr>
            <w:tcW w:w="2665" w:type="dxa"/>
            <w:tcMar>
              <w:top w:w="40" w:type="dxa"/>
              <w:left w:w="70" w:type="dxa"/>
              <w:bottom w:w="40" w:type="dxa"/>
              <w:right w:w="70" w:type="dxa"/>
            </w:tcMar>
            <w:vAlign w:val="center"/>
          </w:tcPr>
          <w:p w14:paraId="7B472E7B" w14:textId="77777777" w:rsidR="00BD4D54" w:rsidRDefault="00BD4D54">
            <w:pPr>
              <w:spacing w:after="0" w:line="240" w:lineRule="auto"/>
            </w:pPr>
          </w:p>
        </w:tc>
        <w:tc>
          <w:tcPr>
            <w:tcW w:w="907" w:type="dxa"/>
            <w:tcMar>
              <w:top w:w="40" w:type="dxa"/>
              <w:left w:w="70" w:type="dxa"/>
              <w:bottom w:w="40" w:type="dxa"/>
              <w:right w:w="70" w:type="dxa"/>
            </w:tcMar>
            <w:vAlign w:val="center"/>
          </w:tcPr>
          <w:p w14:paraId="74CF2AA7" w14:textId="77777777" w:rsidR="00BD4D54" w:rsidRDefault="00BD4D54">
            <w:pPr>
              <w:spacing w:after="0" w:line="240" w:lineRule="auto"/>
            </w:pPr>
          </w:p>
        </w:tc>
        <w:tc>
          <w:tcPr>
            <w:tcW w:w="1134" w:type="dxa"/>
            <w:tcMar>
              <w:top w:w="40" w:type="dxa"/>
              <w:left w:w="70" w:type="dxa"/>
              <w:bottom w:w="40" w:type="dxa"/>
              <w:right w:w="70" w:type="dxa"/>
            </w:tcMar>
            <w:vAlign w:val="center"/>
          </w:tcPr>
          <w:p w14:paraId="4AA4402E"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1A3EF3C3" w14:textId="77777777" w:rsidR="00BD4D54" w:rsidRDefault="00BD4D54">
            <w:pPr>
              <w:spacing w:after="0" w:line="240" w:lineRule="auto"/>
            </w:pPr>
          </w:p>
        </w:tc>
      </w:tr>
      <w:tr w:rsidR="00BD4D54" w14:paraId="1AFB045D" w14:textId="77777777">
        <w:trPr>
          <w:trHeight w:val="567"/>
          <w:jc w:val="center"/>
        </w:trPr>
        <w:tc>
          <w:tcPr>
            <w:tcW w:w="624" w:type="dxa"/>
            <w:tcMar>
              <w:top w:w="40" w:type="dxa"/>
              <w:left w:w="70" w:type="dxa"/>
              <w:bottom w:w="40" w:type="dxa"/>
              <w:right w:w="70" w:type="dxa"/>
            </w:tcMar>
            <w:vAlign w:val="center"/>
          </w:tcPr>
          <w:p w14:paraId="17CFF254" w14:textId="77777777" w:rsidR="00BD4D54" w:rsidRDefault="00BD4D54">
            <w:pPr>
              <w:spacing w:after="0" w:line="240" w:lineRule="auto"/>
            </w:pPr>
          </w:p>
        </w:tc>
        <w:tc>
          <w:tcPr>
            <w:tcW w:w="2665" w:type="dxa"/>
            <w:tcMar>
              <w:top w:w="40" w:type="dxa"/>
              <w:left w:w="70" w:type="dxa"/>
              <w:bottom w:w="40" w:type="dxa"/>
              <w:right w:w="70" w:type="dxa"/>
            </w:tcMar>
            <w:vAlign w:val="center"/>
          </w:tcPr>
          <w:p w14:paraId="1F903F3C" w14:textId="77777777" w:rsidR="00BD4D54" w:rsidRDefault="00BD4D54">
            <w:pPr>
              <w:spacing w:after="0" w:line="240" w:lineRule="auto"/>
            </w:pPr>
          </w:p>
        </w:tc>
        <w:tc>
          <w:tcPr>
            <w:tcW w:w="907" w:type="dxa"/>
            <w:tcMar>
              <w:top w:w="40" w:type="dxa"/>
              <w:left w:w="70" w:type="dxa"/>
              <w:bottom w:w="40" w:type="dxa"/>
              <w:right w:w="70" w:type="dxa"/>
            </w:tcMar>
            <w:vAlign w:val="center"/>
          </w:tcPr>
          <w:p w14:paraId="7BD6958B" w14:textId="77777777" w:rsidR="00BD4D54" w:rsidRDefault="00BD4D54">
            <w:pPr>
              <w:spacing w:after="0" w:line="240" w:lineRule="auto"/>
            </w:pPr>
          </w:p>
        </w:tc>
        <w:tc>
          <w:tcPr>
            <w:tcW w:w="1134" w:type="dxa"/>
            <w:tcMar>
              <w:top w:w="40" w:type="dxa"/>
              <w:left w:w="70" w:type="dxa"/>
              <w:bottom w:w="40" w:type="dxa"/>
              <w:right w:w="70" w:type="dxa"/>
            </w:tcMar>
            <w:vAlign w:val="center"/>
          </w:tcPr>
          <w:p w14:paraId="7233F0E6"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4DADAE0D" w14:textId="77777777" w:rsidR="00BD4D54" w:rsidRDefault="00BD4D54">
            <w:pPr>
              <w:spacing w:after="0" w:line="240" w:lineRule="auto"/>
            </w:pPr>
          </w:p>
        </w:tc>
      </w:tr>
      <w:tr w:rsidR="00BD4D54" w14:paraId="5F2D4C03" w14:textId="77777777">
        <w:trPr>
          <w:trHeight w:val="567"/>
          <w:jc w:val="center"/>
        </w:trPr>
        <w:tc>
          <w:tcPr>
            <w:tcW w:w="624" w:type="dxa"/>
            <w:tcMar>
              <w:top w:w="40" w:type="dxa"/>
              <w:left w:w="70" w:type="dxa"/>
              <w:bottom w:w="40" w:type="dxa"/>
              <w:right w:w="70" w:type="dxa"/>
            </w:tcMar>
            <w:vAlign w:val="center"/>
          </w:tcPr>
          <w:p w14:paraId="2AE31CE2" w14:textId="77777777" w:rsidR="00BD4D54" w:rsidRDefault="00BD4D54">
            <w:pPr>
              <w:spacing w:after="0" w:line="240" w:lineRule="auto"/>
            </w:pPr>
          </w:p>
        </w:tc>
        <w:tc>
          <w:tcPr>
            <w:tcW w:w="2665" w:type="dxa"/>
            <w:tcMar>
              <w:top w:w="40" w:type="dxa"/>
              <w:left w:w="70" w:type="dxa"/>
              <w:bottom w:w="40" w:type="dxa"/>
              <w:right w:w="70" w:type="dxa"/>
            </w:tcMar>
            <w:vAlign w:val="center"/>
          </w:tcPr>
          <w:p w14:paraId="65D7CD4F" w14:textId="77777777" w:rsidR="00BD4D54" w:rsidRDefault="00BD4D54">
            <w:pPr>
              <w:spacing w:after="0" w:line="240" w:lineRule="auto"/>
            </w:pPr>
          </w:p>
        </w:tc>
        <w:tc>
          <w:tcPr>
            <w:tcW w:w="907" w:type="dxa"/>
            <w:tcMar>
              <w:top w:w="40" w:type="dxa"/>
              <w:left w:w="70" w:type="dxa"/>
              <w:bottom w:w="40" w:type="dxa"/>
              <w:right w:w="70" w:type="dxa"/>
            </w:tcMar>
            <w:vAlign w:val="center"/>
          </w:tcPr>
          <w:p w14:paraId="22EC4D48" w14:textId="77777777" w:rsidR="00BD4D54" w:rsidRDefault="00BD4D54">
            <w:pPr>
              <w:spacing w:after="0" w:line="240" w:lineRule="auto"/>
            </w:pPr>
          </w:p>
        </w:tc>
        <w:tc>
          <w:tcPr>
            <w:tcW w:w="1134" w:type="dxa"/>
            <w:tcMar>
              <w:top w:w="40" w:type="dxa"/>
              <w:left w:w="70" w:type="dxa"/>
              <w:bottom w:w="40" w:type="dxa"/>
              <w:right w:w="70" w:type="dxa"/>
            </w:tcMar>
            <w:vAlign w:val="center"/>
          </w:tcPr>
          <w:p w14:paraId="5E5D871D" w14:textId="77777777" w:rsidR="00BD4D54" w:rsidRDefault="00BD4D54">
            <w:pPr>
              <w:spacing w:after="0" w:line="240" w:lineRule="auto"/>
            </w:pPr>
          </w:p>
        </w:tc>
        <w:tc>
          <w:tcPr>
            <w:tcW w:w="4648" w:type="dxa"/>
            <w:gridSpan w:val="2"/>
            <w:tcMar>
              <w:top w:w="40" w:type="dxa"/>
              <w:left w:w="70" w:type="dxa"/>
              <w:bottom w:w="40" w:type="dxa"/>
              <w:right w:w="70" w:type="dxa"/>
            </w:tcMar>
            <w:vAlign w:val="center"/>
          </w:tcPr>
          <w:p w14:paraId="45155A12" w14:textId="77777777" w:rsidR="00BD4D54" w:rsidRDefault="00BD4D54">
            <w:pPr>
              <w:spacing w:after="0" w:line="240" w:lineRule="auto"/>
            </w:pPr>
          </w:p>
        </w:tc>
      </w:tr>
      <w:tr w:rsidR="00BD4D54" w14:paraId="5356600C" w14:textId="77777777">
        <w:trPr>
          <w:jc w:val="center"/>
        </w:trPr>
        <w:tc>
          <w:tcPr>
            <w:tcW w:w="5330" w:type="dxa"/>
            <w:gridSpan w:val="4"/>
            <w:tcMar>
              <w:top w:w="40" w:type="dxa"/>
              <w:left w:w="70" w:type="dxa"/>
              <w:bottom w:w="40" w:type="dxa"/>
              <w:right w:w="70" w:type="dxa"/>
            </w:tcMar>
            <w:vAlign w:val="center"/>
          </w:tcPr>
          <w:p w14:paraId="67CA095F" w14:textId="77777777" w:rsidR="00BD4D54" w:rsidRDefault="00000000">
            <w:pPr>
              <w:spacing w:after="0" w:line="240" w:lineRule="auto"/>
            </w:pPr>
            <w:proofErr w:type="spellStart"/>
            <w:r>
              <w:rPr>
                <w:sz w:val="25"/>
              </w:rPr>
              <w:t>证据提交人签名</w:t>
            </w:r>
            <w:proofErr w:type="spellEnd"/>
          </w:p>
        </w:tc>
        <w:tc>
          <w:tcPr>
            <w:tcW w:w="2324" w:type="dxa"/>
            <w:tcMar>
              <w:top w:w="40" w:type="dxa"/>
              <w:left w:w="70" w:type="dxa"/>
              <w:bottom w:w="40" w:type="dxa"/>
              <w:right w:w="70" w:type="dxa"/>
            </w:tcMar>
            <w:vAlign w:val="center"/>
          </w:tcPr>
          <w:p w14:paraId="4CD66C22" w14:textId="77777777" w:rsidR="00BD4D54" w:rsidRDefault="00000000">
            <w:pPr>
              <w:spacing w:after="0" w:line="240" w:lineRule="auto"/>
              <w:jc w:val="center"/>
            </w:pPr>
            <w:proofErr w:type="spellStart"/>
            <w:r>
              <w:rPr>
                <w:sz w:val="25"/>
              </w:rPr>
              <w:t>证据提交日期</w:t>
            </w:r>
            <w:proofErr w:type="spellEnd"/>
          </w:p>
        </w:tc>
        <w:tc>
          <w:tcPr>
            <w:tcW w:w="2324" w:type="dxa"/>
            <w:tcMar>
              <w:top w:w="40" w:type="dxa"/>
              <w:left w:w="70" w:type="dxa"/>
              <w:bottom w:w="40" w:type="dxa"/>
              <w:right w:w="70" w:type="dxa"/>
            </w:tcMar>
            <w:vAlign w:val="center"/>
          </w:tcPr>
          <w:p w14:paraId="58FF4066" w14:textId="77777777" w:rsidR="00BD4D54" w:rsidRDefault="00BD4D54">
            <w:pPr>
              <w:spacing w:after="0" w:line="240" w:lineRule="auto"/>
              <w:jc w:val="center"/>
            </w:pPr>
          </w:p>
        </w:tc>
      </w:tr>
      <w:tr w:rsidR="00BD4D54" w14:paraId="36E536C9" w14:textId="77777777">
        <w:trPr>
          <w:jc w:val="center"/>
        </w:trPr>
        <w:tc>
          <w:tcPr>
            <w:tcW w:w="5330" w:type="dxa"/>
            <w:gridSpan w:val="4"/>
            <w:tcMar>
              <w:top w:w="40" w:type="dxa"/>
              <w:left w:w="70" w:type="dxa"/>
              <w:bottom w:w="40" w:type="dxa"/>
              <w:right w:w="70" w:type="dxa"/>
            </w:tcMar>
            <w:vAlign w:val="center"/>
          </w:tcPr>
          <w:p w14:paraId="33AF81C7" w14:textId="77777777" w:rsidR="00BD4D54" w:rsidRDefault="00000000">
            <w:pPr>
              <w:spacing w:after="0" w:line="240" w:lineRule="auto"/>
            </w:pPr>
            <w:proofErr w:type="spellStart"/>
            <w:r>
              <w:rPr>
                <w:sz w:val="25"/>
              </w:rPr>
              <w:t>证据接收人签名</w:t>
            </w:r>
            <w:proofErr w:type="spellEnd"/>
          </w:p>
        </w:tc>
        <w:tc>
          <w:tcPr>
            <w:tcW w:w="2324" w:type="dxa"/>
            <w:tcMar>
              <w:top w:w="40" w:type="dxa"/>
              <w:left w:w="70" w:type="dxa"/>
              <w:bottom w:w="40" w:type="dxa"/>
              <w:right w:w="70" w:type="dxa"/>
            </w:tcMar>
            <w:vAlign w:val="center"/>
          </w:tcPr>
          <w:p w14:paraId="6F128BD4" w14:textId="77777777" w:rsidR="00BD4D54" w:rsidRDefault="00000000">
            <w:pPr>
              <w:spacing w:after="0" w:line="240" w:lineRule="auto"/>
              <w:jc w:val="center"/>
            </w:pPr>
            <w:proofErr w:type="spellStart"/>
            <w:r>
              <w:rPr>
                <w:sz w:val="25"/>
              </w:rPr>
              <w:t>证据接收日期</w:t>
            </w:r>
            <w:proofErr w:type="spellEnd"/>
          </w:p>
        </w:tc>
        <w:tc>
          <w:tcPr>
            <w:tcW w:w="2324" w:type="dxa"/>
            <w:tcMar>
              <w:top w:w="40" w:type="dxa"/>
              <w:left w:w="70" w:type="dxa"/>
              <w:bottom w:w="40" w:type="dxa"/>
              <w:right w:w="70" w:type="dxa"/>
            </w:tcMar>
            <w:vAlign w:val="center"/>
          </w:tcPr>
          <w:p w14:paraId="358B2A5E" w14:textId="77777777" w:rsidR="00BD4D54" w:rsidRDefault="00BD4D54">
            <w:pPr>
              <w:spacing w:after="0" w:line="240" w:lineRule="auto"/>
              <w:jc w:val="center"/>
            </w:pPr>
          </w:p>
        </w:tc>
      </w:tr>
    </w:tbl>
    <w:p w14:paraId="1273804F" w14:textId="77777777" w:rsidR="00BD4D54" w:rsidRDefault="00000000">
      <w:pPr>
        <w:spacing w:before="120" w:after="0" w:line="240" w:lineRule="auto"/>
        <w:rPr>
          <w:lang w:eastAsia="zh-CN"/>
        </w:rPr>
      </w:pPr>
      <w:r>
        <w:rPr>
          <w:lang w:eastAsia="zh-CN"/>
        </w:rPr>
        <w:t>注：本表一式四份，三份随证据材料提交仲裁委，一份由证据提交人持有。</w:t>
      </w:r>
    </w:p>
    <w:p w14:paraId="740E0E85" w14:textId="77777777" w:rsidR="00BD4D54" w:rsidRDefault="00000000">
      <w:pPr>
        <w:rPr>
          <w:lang w:eastAsia="zh-CN"/>
        </w:rPr>
      </w:pPr>
      <w:r>
        <w:rPr>
          <w:lang w:eastAsia="zh-CN"/>
        </w:rPr>
        <w:br w:type="page"/>
      </w:r>
    </w:p>
    <w:p w14:paraId="5A4FEA84" w14:textId="77777777" w:rsidR="00BD4D54" w:rsidRPr="00631682" w:rsidRDefault="00000000">
      <w:pPr>
        <w:spacing w:after="80" w:line="240" w:lineRule="auto"/>
        <w:jc w:val="center"/>
        <w:rPr>
          <w:rFonts w:ascii="黑体" w:eastAsia="黑体" w:hAnsi="黑体"/>
          <w:b/>
          <w:sz w:val="44"/>
        </w:rPr>
      </w:pPr>
      <w:r w:rsidRPr="00631682">
        <w:rPr>
          <w:rFonts w:ascii="黑体" w:eastAsia="黑体" w:hAnsi="黑体"/>
          <w:b/>
          <w:sz w:val="44"/>
        </w:rPr>
        <w:lastRenderedPageBreak/>
        <w:t>杭州高新开发区（滨江）劳动人事争议仲裁委员会</w:t>
      </w:r>
    </w:p>
    <w:p w14:paraId="46E4C0DD" w14:textId="77777777" w:rsidR="00BD4D54" w:rsidRDefault="00000000">
      <w:pPr>
        <w:spacing w:after="160" w:line="240" w:lineRule="auto"/>
        <w:jc w:val="center"/>
      </w:pPr>
      <w:r>
        <w:rPr>
          <w:rFonts w:ascii="黑体" w:eastAsia="黑体" w:hAnsi="黑体"/>
          <w:b/>
          <w:sz w:val="44"/>
        </w:rPr>
        <w:t>当 事 人 送 达 地 址 确 认 书</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1701"/>
        <w:gridCol w:w="8277"/>
      </w:tblGrid>
      <w:tr w:rsidR="00BD4D54" w14:paraId="5C95953D" w14:textId="77777777">
        <w:trPr>
          <w:trHeight w:hRule="exact" w:val="624"/>
          <w:jc w:val="center"/>
        </w:trPr>
        <w:tc>
          <w:tcPr>
            <w:tcW w:w="1701" w:type="dxa"/>
            <w:tcMar>
              <w:top w:w="40" w:type="dxa"/>
              <w:left w:w="70" w:type="dxa"/>
              <w:bottom w:w="40" w:type="dxa"/>
              <w:right w:w="70" w:type="dxa"/>
            </w:tcMar>
            <w:vAlign w:val="center"/>
          </w:tcPr>
          <w:p w14:paraId="50C7C23D" w14:textId="77777777" w:rsidR="00BD4D54" w:rsidRDefault="00000000">
            <w:pPr>
              <w:spacing w:after="0" w:line="240" w:lineRule="auto"/>
              <w:jc w:val="center"/>
            </w:pPr>
            <w:r>
              <w:rPr>
                <w:sz w:val="27"/>
              </w:rPr>
              <w:t>案 号</w:t>
            </w:r>
          </w:p>
        </w:tc>
        <w:tc>
          <w:tcPr>
            <w:tcW w:w="8277" w:type="dxa"/>
            <w:tcMar>
              <w:top w:w="40" w:type="dxa"/>
              <w:left w:w="70" w:type="dxa"/>
              <w:bottom w:w="40" w:type="dxa"/>
              <w:right w:w="70" w:type="dxa"/>
            </w:tcMar>
            <w:vAlign w:val="center"/>
          </w:tcPr>
          <w:p w14:paraId="1A7383D7" w14:textId="77777777" w:rsidR="00BD4D54" w:rsidRDefault="00000000">
            <w:pPr>
              <w:spacing w:after="0" w:line="240" w:lineRule="auto"/>
              <w:jc w:val="center"/>
              <w:rPr>
                <w:lang w:eastAsia="zh-CN"/>
              </w:rPr>
            </w:pPr>
            <w:r>
              <w:rPr>
                <w:sz w:val="27"/>
                <w:lang w:eastAsia="zh-CN"/>
              </w:rPr>
              <w:t>浙杭滨江劳人仲案（      ）____号</w:t>
            </w:r>
          </w:p>
        </w:tc>
      </w:tr>
      <w:tr w:rsidR="00BD4D54" w14:paraId="036E2BE1" w14:textId="77777777" w:rsidTr="00043182">
        <w:trPr>
          <w:trHeight w:hRule="exact" w:val="3101"/>
          <w:jc w:val="center"/>
        </w:trPr>
        <w:tc>
          <w:tcPr>
            <w:tcW w:w="1701" w:type="dxa"/>
            <w:tcMar>
              <w:top w:w="40" w:type="dxa"/>
              <w:left w:w="70" w:type="dxa"/>
              <w:bottom w:w="40" w:type="dxa"/>
              <w:right w:w="70" w:type="dxa"/>
            </w:tcMar>
            <w:vAlign w:val="center"/>
          </w:tcPr>
          <w:p w14:paraId="718B1F99" w14:textId="77777777" w:rsidR="00BD4D54" w:rsidRDefault="00000000">
            <w:pPr>
              <w:spacing w:after="0" w:line="300" w:lineRule="auto"/>
              <w:jc w:val="center"/>
              <w:rPr>
                <w:lang w:eastAsia="zh-CN"/>
              </w:rPr>
            </w:pPr>
            <w:r>
              <w:rPr>
                <w:sz w:val="27"/>
                <w:lang w:eastAsia="zh-CN"/>
              </w:rPr>
              <w:t>填写地址</w:t>
            </w:r>
            <w:r>
              <w:rPr>
                <w:sz w:val="27"/>
                <w:lang w:eastAsia="zh-CN"/>
              </w:rPr>
              <w:br/>
              <w:t>确认书的</w:t>
            </w:r>
            <w:r>
              <w:rPr>
                <w:sz w:val="27"/>
                <w:lang w:eastAsia="zh-CN"/>
              </w:rPr>
              <w:br/>
              <w:t>告知事项</w:t>
            </w:r>
          </w:p>
        </w:tc>
        <w:tc>
          <w:tcPr>
            <w:tcW w:w="8277" w:type="dxa"/>
            <w:tcMar>
              <w:top w:w="60" w:type="dxa"/>
              <w:left w:w="90" w:type="dxa"/>
              <w:bottom w:w="60" w:type="dxa"/>
              <w:right w:w="90" w:type="dxa"/>
            </w:tcMar>
            <w:vAlign w:val="center"/>
          </w:tcPr>
          <w:p w14:paraId="014813A4" w14:textId="77777777" w:rsidR="00BD4D54" w:rsidRDefault="00000000" w:rsidP="004D6A5B">
            <w:pPr>
              <w:spacing w:after="0" w:line="288" w:lineRule="auto"/>
              <w:ind w:firstLineChars="200" w:firstLine="480"/>
              <w:rPr>
                <w:lang w:eastAsia="zh-CN"/>
              </w:rPr>
            </w:pPr>
            <w:r>
              <w:rPr>
                <w:sz w:val="24"/>
                <w:lang w:eastAsia="zh-CN"/>
              </w:rPr>
              <w:t>一、当事人拒不提供送达地址的，以其户籍登记、工商登记或者其他依法登记、备案的住所地为送达地址。</w:t>
            </w:r>
          </w:p>
          <w:p w14:paraId="45263326" w14:textId="77777777" w:rsidR="00BD4D54" w:rsidRDefault="00000000" w:rsidP="004D6A5B">
            <w:pPr>
              <w:spacing w:after="0" w:line="288" w:lineRule="auto"/>
              <w:ind w:firstLineChars="200" w:firstLine="480"/>
              <w:rPr>
                <w:lang w:eastAsia="zh-CN"/>
              </w:rPr>
            </w:pPr>
            <w:r>
              <w:rPr>
                <w:sz w:val="24"/>
                <w:lang w:eastAsia="zh-CN"/>
              </w:rPr>
              <w:t>二、因当事人自己提供的送达地址不准确、地址变更后未及时告知劳动争议仲裁委员会，或者当事人拒不提供送达地址导致诉讼文书未能被当事人实际接收的，按下列方式处理：</w:t>
            </w:r>
          </w:p>
          <w:p w14:paraId="658517F6" w14:textId="276BA3A2" w:rsidR="00BD4D54" w:rsidRDefault="00000000">
            <w:pPr>
              <w:spacing w:after="0" w:line="288" w:lineRule="auto"/>
              <w:rPr>
                <w:lang w:eastAsia="zh-CN"/>
              </w:rPr>
            </w:pPr>
            <w:r>
              <w:rPr>
                <w:sz w:val="24"/>
                <w:lang w:eastAsia="zh-CN"/>
              </w:rPr>
              <w:t xml:space="preserve">　　</w:t>
            </w:r>
            <w:r w:rsidR="004D6A5B">
              <w:rPr>
                <w:rFonts w:hint="eastAsia"/>
                <w:sz w:val="24"/>
                <w:lang w:eastAsia="zh-CN"/>
              </w:rPr>
              <w:t xml:space="preserve"> </w:t>
            </w:r>
            <w:r>
              <w:rPr>
                <w:sz w:val="24"/>
                <w:lang w:eastAsia="zh-CN"/>
              </w:rPr>
              <w:t>（一）邮寄送达的，邮件回执上注明的退回之日视为送达之日；</w:t>
            </w:r>
          </w:p>
          <w:p w14:paraId="3DF537E5" w14:textId="7F19172E" w:rsidR="00BD4D54" w:rsidRPr="004D6A5B" w:rsidRDefault="00000000">
            <w:pPr>
              <w:spacing w:after="0" w:line="288" w:lineRule="auto"/>
              <w:rPr>
                <w:sz w:val="24"/>
                <w:lang w:eastAsia="zh-CN"/>
              </w:rPr>
            </w:pPr>
            <w:r>
              <w:rPr>
                <w:sz w:val="24"/>
                <w:lang w:eastAsia="zh-CN"/>
              </w:rPr>
              <w:t xml:space="preserve">　　</w:t>
            </w:r>
            <w:r w:rsidR="004D6A5B">
              <w:rPr>
                <w:rFonts w:hint="eastAsia"/>
                <w:sz w:val="24"/>
                <w:lang w:eastAsia="zh-CN"/>
              </w:rPr>
              <w:t xml:space="preserve"> </w:t>
            </w:r>
            <w:r>
              <w:rPr>
                <w:sz w:val="24"/>
                <w:lang w:eastAsia="zh-CN"/>
              </w:rPr>
              <w:t>（二）直接送达的，送达人当场在送达回执上记明情况之日视为送达之日。</w:t>
            </w:r>
          </w:p>
        </w:tc>
      </w:tr>
      <w:tr w:rsidR="00BD4D54" w14:paraId="51151478" w14:textId="77777777">
        <w:trPr>
          <w:trHeight w:hRule="exact" w:val="2608"/>
          <w:jc w:val="center"/>
        </w:trPr>
        <w:tc>
          <w:tcPr>
            <w:tcW w:w="1701" w:type="dxa"/>
            <w:tcMar>
              <w:top w:w="40" w:type="dxa"/>
              <w:left w:w="70" w:type="dxa"/>
              <w:bottom w:w="40" w:type="dxa"/>
              <w:right w:w="70" w:type="dxa"/>
            </w:tcMar>
            <w:vAlign w:val="center"/>
          </w:tcPr>
          <w:p w14:paraId="3496087E" w14:textId="77777777" w:rsidR="00BD4D54" w:rsidRDefault="00000000">
            <w:pPr>
              <w:spacing w:after="0" w:line="300" w:lineRule="auto"/>
              <w:jc w:val="center"/>
              <w:rPr>
                <w:lang w:eastAsia="zh-CN"/>
              </w:rPr>
            </w:pPr>
            <w:r>
              <w:rPr>
                <w:sz w:val="27"/>
                <w:lang w:eastAsia="zh-CN"/>
              </w:rPr>
              <w:t>当事人提</w:t>
            </w:r>
            <w:r>
              <w:rPr>
                <w:sz w:val="27"/>
                <w:lang w:eastAsia="zh-CN"/>
              </w:rPr>
              <w:br/>
              <w:t>供的送达</w:t>
            </w:r>
            <w:r>
              <w:rPr>
                <w:sz w:val="27"/>
                <w:lang w:eastAsia="zh-CN"/>
              </w:rPr>
              <w:br/>
              <w:t>地址</w:t>
            </w:r>
          </w:p>
        </w:tc>
        <w:tc>
          <w:tcPr>
            <w:tcW w:w="8277" w:type="dxa"/>
            <w:tcMar>
              <w:top w:w="70" w:type="dxa"/>
              <w:left w:w="90" w:type="dxa"/>
              <w:bottom w:w="70" w:type="dxa"/>
              <w:right w:w="90" w:type="dxa"/>
            </w:tcMar>
            <w:vAlign w:val="center"/>
          </w:tcPr>
          <w:p w14:paraId="7AD094A0" w14:textId="77777777" w:rsidR="00BD4D54" w:rsidRDefault="00000000">
            <w:pPr>
              <w:spacing w:after="0" w:line="288" w:lineRule="auto"/>
              <w:rPr>
                <w:lang w:eastAsia="zh-CN"/>
              </w:rPr>
            </w:pPr>
            <w:r>
              <w:rPr>
                <w:sz w:val="26"/>
                <w:lang w:eastAsia="zh-CN"/>
              </w:rPr>
              <w:t>当事人：______________________________________________</w:t>
            </w:r>
          </w:p>
          <w:p w14:paraId="2EE2A993" w14:textId="77777777" w:rsidR="00BD4D54" w:rsidRDefault="00000000">
            <w:pPr>
              <w:spacing w:after="0" w:line="288" w:lineRule="auto"/>
              <w:rPr>
                <w:lang w:eastAsia="zh-CN"/>
              </w:rPr>
            </w:pPr>
            <w:r>
              <w:rPr>
                <w:sz w:val="26"/>
                <w:lang w:eastAsia="zh-CN"/>
              </w:rPr>
              <w:t>送达地址：____________________________________________</w:t>
            </w:r>
          </w:p>
          <w:p w14:paraId="48903229" w14:textId="77777777" w:rsidR="00BD4D54" w:rsidRDefault="00000000">
            <w:pPr>
              <w:spacing w:after="0" w:line="288" w:lineRule="auto"/>
              <w:rPr>
                <w:lang w:eastAsia="zh-CN"/>
              </w:rPr>
            </w:pPr>
            <w:r>
              <w:rPr>
                <w:sz w:val="26"/>
                <w:lang w:eastAsia="zh-CN"/>
              </w:rPr>
              <w:t>收件人：______________________________________________</w:t>
            </w:r>
          </w:p>
          <w:p w14:paraId="5EE12CDA" w14:textId="77777777" w:rsidR="00BD4D54" w:rsidRDefault="00000000">
            <w:pPr>
              <w:spacing w:after="0" w:line="288" w:lineRule="auto"/>
              <w:rPr>
                <w:lang w:eastAsia="zh-CN"/>
              </w:rPr>
            </w:pPr>
            <w:r>
              <w:rPr>
                <w:sz w:val="26"/>
                <w:lang w:eastAsia="zh-CN"/>
              </w:rPr>
              <w:t>电话（移动电话）：______________________________________</w:t>
            </w:r>
          </w:p>
          <w:p w14:paraId="7F829EDA" w14:textId="77777777" w:rsidR="00BD4D54" w:rsidRDefault="00000000">
            <w:pPr>
              <w:spacing w:after="0" w:line="288" w:lineRule="auto"/>
              <w:rPr>
                <w:lang w:eastAsia="zh-CN"/>
              </w:rPr>
            </w:pPr>
            <w:r>
              <w:rPr>
                <w:sz w:val="26"/>
                <w:lang w:eastAsia="zh-CN"/>
              </w:rPr>
              <w:t>其他联系方式：__________________________________________</w:t>
            </w:r>
          </w:p>
        </w:tc>
      </w:tr>
      <w:tr w:rsidR="00BD4D54" w14:paraId="3D55618A" w14:textId="77777777">
        <w:trPr>
          <w:trHeight w:hRule="exact" w:val="1701"/>
          <w:jc w:val="center"/>
        </w:trPr>
        <w:tc>
          <w:tcPr>
            <w:tcW w:w="1701" w:type="dxa"/>
            <w:tcMar>
              <w:top w:w="40" w:type="dxa"/>
              <w:left w:w="70" w:type="dxa"/>
              <w:bottom w:w="40" w:type="dxa"/>
              <w:right w:w="70" w:type="dxa"/>
            </w:tcMar>
            <w:vAlign w:val="center"/>
          </w:tcPr>
          <w:p w14:paraId="30BF226D" w14:textId="77777777" w:rsidR="00BD4D54" w:rsidRDefault="00000000">
            <w:pPr>
              <w:spacing w:after="0" w:line="300" w:lineRule="auto"/>
              <w:jc w:val="center"/>
              <w:rPr>
                <w:lang w:eastAsia="zh-CN"/>
              </w:rPr>
            </w:pPr>
            <w:r>
              <w:rPr>
                <w:sz w:val="27"/>
                <w:lang w:eastAsia="zh-CN"/>
              </w:rPr>
              <w:t>当事人对</w:t>
            </w:r>
            <w:r>
              <w:rPr>
                <w:sz w:val="27"/>
                <w:lang w:eastAsia="zh-CN"/>
              </w:rPr>
              <w:br/>
              <w:t>送达地址</w:t>
            </w:r>
            <w:r>
              <w:rPr>
                <w:sz w:val="27"/>
                <w:lang w:eastAsia="zh-CN"/>
              </w:rPr>
              <w:br/>
              <w:t>的确认</w:t>
            </w:r>
          </w:p>
        </w:tc>
        <w:tc>
          <w:tcPr>
            <w:tcW w:w="8277" w:type="dxa"/>
            <w:tcMar>
              <w:top w:w="80" w:type="dxa"/>
              <w:left w:w="90" w:type="dxa"/>
              <w:bottom w:w="80" w:type="dxa"/>
              <w:right w:w="90" w:type="dxa"/>
            </w:tcMar>
            <w:vAlign w:val="center"/>
          </w:tcPr>
          <w:p w14:paraId="2F98797A" w14:textId="77777777" w:rsidR="00BD4D54" w:rsidRDefault="00000000" w:rsidP="004D6A5B">
            <w:pPr>
              <w:spacing w:after="0" w:line="300" w:lineRule="auto"/>
              <w:ind w:firstLineChars="200" w:firstLine="500"/>
              <w:rPr>
                <w:lang w:eastAsia="zh-CN"/>
              </w:rPr>
            </w:pPr>
            <w:r>
              <w:rPr>
                <w:sz w:val="25"/>
                <w:lang w:eastAsia="zh-CN"/>
              </w:rPr>
              <w:t>我已经阅读了劳动争议仲裁委员会对当事人填写送达地址</w:t>
            </w:r>
          </w:p>
          <w:p w14:paraId="07791AE9" w14:textId="77777777" w:rsidR="00BD4D54" w:rsidRDefault="00000000">
            <w:pPr>
              <w:spacing w:after="0" w:line="300" w:lineRule="auto"/>
              <w:rPr>
                <w:lang w:eastAsia="zh-CN"/>
              </w:rPr>
            </w:pPr>
            <w:r>
              <w:rPr>
                <w:sz w:val="25"/>
                <w:lang w:eastAsia="zh-CN"/>
              </w:rPr>
              <w:t>确认书的告知事项，并保证上述送达地址是准确、有效的。</w:t>
            </w:r>
          </w:p>
          <w:p w14:paraId="4C0A0B1A" w14:textId="77777777" w:rsidR="00BD4D54" w:rsidRDefault="00000000">
            <w:pPr>
              <w:spacing w:after="0" w:line="288" w:lineRule="auto"/>
              <w:jc w:val="right"/>
              <w:rPr>
                <w:lang w:eastAsia="zh-CN"/>
              </w:rPr>
            </w:pPr>
            <w:r>
              <w:rPr>
                <w:sz w:val="26"/>
                <w:lang w:eastAsia="zh-CN"/>
              </w:rPr>
              <w:t>当事人签名或盖章：____________</w:t>
            </w:r>
          </w:p>
          <w:p w14:paraId="3858AF99" w14:textId="77777777" w:rsidR="00BD4D54" w:rsidRDefault="00000000">
            <w:pPr>
              <w:spacing w:after="0" w:line="288" w:lineRule="auto"/>
              <w:jc w:val="right"/>
              <w:rPr>
                <w:lang w:eastAsia="zh-CN"/>
              </w:rPr>
            </w:pPr>
            <w:r>
              <w:rPr>
                <w:sz w:val="26"/>
                <w:lang w:eastAsia="zh-CN"/>
              </w:rPr>
              <w:t>年    月    日</w:t>
            </w:r>
          </w:p>
        </w:tc>
      </w:tr>
      <w:tr w:rsidR="00BD4D54" w14:paraId="07D222FA" w14:textId="77777777">
        <w:trPr>
          <w:trHeight w:hRule="exact" w:val="567"/>
          <w:jc w:val="center"/>
        </w:trPr>
        <w:tc>
          <w:tcPr>
            <w:tcW w:w="1701" w:type="dxa"/>
            <w:tcMar>
              <w:top w:w="40" w:type="dxa"/>
              <w:left w:w="70" w:type="dxa"/>
              <w:bottom w:w="40" w:type="dxa"/>
              <w:right w:w="70" w:type="dxa"/>
            </w:tcMar>
            <w:vAlign w:val="center"/>
          </w:tcPr>
          <w:p w14:paraId="0F8BC6A0" w14:textId="77777777" w:rsidR="00BD4D54" w:rsidRDefault="00000000">
            <w:pPr>
              <w:spacing w:after="0" w:line="240" w:lineRule="auto"/>
              <w:jc w:val="center"/>
            </w:pPr>
            <w:r>
              <w:rPr>
                <w:sz w:val="27"/>
              </w:rPr>
              <w:t>备 注</w:t>
            </w:r>
          </w:p>
        </w:tc>
        <w:tc>
          <w:tcPr>
            <w:tcW w:w="8277" w:type="dxa"/>
            <w:tcMar>
              <w:top w:w="40" w:type="dxa"/>
              <w:left w:w="70" w:type="dxa"/>
              <w:bottom w:w="40" w:type="dxa"/>
              <w:right w:w="70" w:type="dxa"/>
            </w:tcMar>
            <w:vAlign w:val="center"/>
          </w:tcPr>
          <w:p w14:paraId="004F934A" w14:textId="77777777" w:rsidR="00BD4D54" w:rsidRDefault="00BD4D54">
            <w:pPr>
              <w:spacing w:after="0" w:line="240" w:lineRule="auto"/>
              <w:jc w:val="center"/>
            </w:pPr>
          </w:p>
        </w:tc>
      </w:tr>
    </w:tbl>
    <w:p w14:paraId="239480EE" w14:textId="77777777" w:rsidR="00BD4D54" w:rsidRDefault="00000000">
      <w:pPr>
        <w:spacing w:after="0"/>
        <w:rPr>
          <w:lang w:eastAsia="zh-CN"/>
        </w:rPr>
      </w:pPr>
      <w:r>
        <w:rPr>
          <w:sz w:val="22"/>
          <w:lang w:eastAsia="zh-CN"/>
        </w:rPr>
        <w:t>注：1、当事人填写本表前，应当仔细阅读表中第一栏内劳动争议仲裁委员会对当事人填写送达地址确认书的书面告知；当事人阅读有困难的，仲裁员应当向其口头告知。</w:t>
      </w:r>
    </w:p>
    <w:p w14:paraId="1322DD7B" w14:textId="77777777" w:rsidR="00BD4D54" w:rsidRDefault="00000000">
      <w:pPr>
        <w:spacing w:after="0"/>
        <w:rPr>
          <w:lang w:eastAsia="zh-CN"/>
        </w:rPr>
      </w:pPr>
      <w:r>
        <w:rPr>
          <w:sz w:val="22"/>
          <w:lang w:eastAsia="zh-CN"/>
        </w:rPr>
        <w:t xml:space="preserve">　　2、本表中当事人的送达地址应当由当事人自己或当事人的代理人填写。</w:t>
      </w:r>
    </w:p>
    <w:p w14:paraId="3B9776A9" w14:textId="77777777" w:rsidR="00BD4D54" w:rsidRDefault="00000000">
      <w:pPr>
        <w:spacing w:after="0"/>
        <w:rPr>
          <w:lang w:eastAsia="zh-CN"/>
        </w:rPr>
      </w:pPr>
      <w:r>
        <w:rPr>
          <w:sz w:val="22"/>
          <w:lang w:eastAsia="zh-CN"/>
        </w:rPr>
        <w:t xml:space="preserve">　　3、当事人的电话号码应当包括办公电话、住宅电话和移动电话。</w:t>
      </w:r>
    </w:p>
    <w:sectPr w:rsidR="00BD4D54" w:rsidSect="00034616">
      <w:pgSz w:w="11906" w:h="16838"/>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9082764">
    <w:abstractNumId w:val="8"/>
  </w:num>
  <w:num w:numId="2" w16cid:durableId="2017607553">
    <w:abstractNumId w:val="6"/>
  </w:num>
  <w:num w:numId="3" w16cid:durableId="115031947">
    <w:abstractNumId w:val="5"/>
  </w:num>
  <w:num w:numId="4" w16cid:durableId="13116044">
    <w:abstractNumId w:val="4"/>
  </w:num>
  <w:num w:numId="5" w16cid:durableId="538206697">
    <w:abstractNumId w:val="7"/>
  </w:num>
  <w:num w:numId="6" w16cid:durableId="1340500782">
    <w:abstractNumId w:val="3"/>
  </w:num>
  <w:num w:numId="7" w16cid:durableId="930091929">
    <w:abstractNumId w:val="2"/>
  </w:num>
  <w:num w:numId="8" w16cid:durableId="1603032578">
    <w:abstractNumId w:val="1"/>
  </w:num>
  <w:num w:numId="9" w16cid:durableId="35673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182"/>
    <w:rsid w:val="0006063C"/>
    <w:rsid w:val="0015074B"/>
    <w:rsid w:val="00167650"/>
    <w:rsid w:val="0029639D"/>
    <w:rsid w:val="00326F90"/>
    <w:rsid w:val="003F19ED"/>
    <w:rsid w:val="004D6A5B"/>
    <w:rsid w:val="006118A4"/>
    <w:rsid w:val="00631682"/>
    <w:rsid w:val="00873D83"/>
    <w:rsid w:val="00AA1D8D"/>
    <w:rsid w:val="00B47730"/>
    <w:rsid w:val="00BD4D54"/>
    <w:rsid w:val="00CB0664"/>
    <w:rsid w:val="00F67C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0A148A"/>
  <w14:defaultImageDpi w14:val="300"/>
  <w15:docId w15:val="{097E2F83-8002-4FBF-9F60-E59191BB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宋体" w:eastAsia="宋体" w:hAnsi="宋体"/>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劳动仲裁四张材料（图片版+文字识别版）</dc:title>
  <dc:subject>同一Word内包含图片直接粘贴版和可编辑文字识别版</dc:subject>
  <dc:creator>OpenAI</dc:creator>
  <cp:keywords/>
  <dc:description>根据用户提供四张图片重建。前半部分为图片直接粘贴版，后半部分为文字识别可编辑版。</dc:description>
  <cp:lastModifiedBy>Wu, Yubo</cp:lastModifiedBy>
  <cp:revision>6</cp:revision>
  <dcterms:created xsi:type="dcterms:W3CDTF">2013-12-23T23:15:00Z</dcterms:created>
  <dcterms:modified xsi:type="dcterms:W3CDTF">2026-07-30T16:36:00Z</dcterms:modified>
  <cp:category/>
</cp:coreProperties>
</file>